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55EB4" w:rsidRPr="005D7EA2" w:rsidRDefault="00844E1D">
      <w:pPr>
        <w:jc w:val="center"/>
        <w:rPr>
          <w:rFonts w:ascii="Arial Unicode MS" w:eastAsia="Arial Unicode MS" w:hAnsi="Arial Unicode MS" w:cs="Arial Unicode MS"/>
          <w:sz w:val="20"/>
          <w:szCs w:val="20"/>
        </w:rPr>
      </w:pPr>
      <w:r>
        <w:rPr>
          <w:rFonts w:ascii="Arial Unicode MS" w:eastAsia="Arial Unicode MS" w:hAnsi="Arial Unicode MS" w:cs="Arial Unicode MS"/>
          <w:noProof/>
          <w:sz w:val="20"/>
          <w:szCs w:val="20"/>
          <w:lang w:val="pt-BR" w:eastAsia="pt-B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align>right</wp:align>
            </wp:positionH>
            <wp:positionV relativeFrom="paragraph">
              <wp:posOffset>-914400</wp:posOffset>
            </wp:positionV>
            <wp:extent cx="7905750" cy="1304925"/>
            <wp:effectExtent l="0" t="0" r="0" b="9525"/>
            <wp:wrapNone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cabecalho - cadastro de palestrante.jpg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8829"/>
                    <a:stretch/>
                  </pic:blipFill>
                  <pic:spPr bwMode="auto">
                    <a:xfrm>
                      <a:off x="0" y="0"/>
                      <a:ext cx="7905750" cy="13049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E778F" w:rsidRPr="00306A1A" w:rsidRDefault="006E778F" w:rsidP="00723802">
      <w:pPr>
        <w:rPr>
          <w:rFonts w:ascii="Arial" w:hAnsi="Arial" w:cs="Arial"/>
          <w:sz w:val="2"/>
          <w:szCs w:val="2"/>
        </w:rPr>
      </w:pPr>
    </w:p>
    <w:p w:rsidR="00114E0A" w:rsidRPr="00306A1A" w:rsidRDefault="00255EB4" w:rsidP="00723802">
      <w:pPr>
        <w:rPr>
          <w:rFonts w:ascii="Arial" w:hAnsi="Arial" w:cs="Arial"/>
          <w:b/>
          <w:sz w:val="20"/>
          <w:szCs w:val="20"/>
        </w:rPr>
      </w:pPr>
      <w:r w:rsidRPr="00306A1A">
        <w:rPr>
          <w:rFonts w:ascii="Arial" w:hAnsi="Arial" w:cs="Arial"/>
          <w:b/>
          <w:sz w:val="20"/>
          <w:szCs w:val="20"/>
        </w:rPr>
        <w:t>I</w:t>
      </w:r>
      <w:r w:rsidR="000D0AC9" w:rsidRPr="00306A1A">
        <w:rPr>
          <w:rFonts w:ascii="Arial" w:hAnsi="Arial" w:cs="Arial"/>
          <w:b/>
          <w:sz w:val="20"/>
          <w:szCs w:val="20"/>
        </w:rPr>
        <w:t xml:space="preserve"> – DADOS DO CONVÊNIO / ACORDO / CONTRATO</w:t>
      </w:r>
    </w:p>
    <w:tbl>
      <w:tblPr>
        <w:tblStyle w:val="Tabelacomgrade"/>
        <w:tblW w:w="8897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3681"/>
        <w:gridCol w:w="5216"/>
      </w:tblGrid>
      <w:tr w:rsidR="00114E0A" w:rsidRPr="005D7EA2" w:rsidTr="00306A1A">
        <w:tc>
          <w:tcPr>
            <w:tcW w:w="3681" w:type="dxa"/>
          </w:tcPr>
          <w:p w:rsidR="00114E0A" w:rsidRPr="005D7EA2" w:rsidRDefault="000D0AC9" w:rsidP="00A06D2C">
            <w:pPr>
              <w:spacing w:line="276" w:lineRule="auto"/>
              <w:jc w:val="right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proofErr w:type="spellStart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Instrumento</w:t>
            </w:r>
            <w:proofErr w:type="spellEnd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</w:t>
            </w:r>
          </w:p>
        </w:tc>
        <w:tc>
          <w:tcPr>
            <w:tcW w:w="5216" w:type="dxa"/>
          </w:tcPr>
          <w:p w:rsidR="00114E0A" w:rsidRPr="005D7EA2" w:rsidRDefault="00255EB4" w:rsidP="00255EB4">
            <w:pPr>
              <w:spacing w:line="276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(nº do </w:t>
            </w:r>
            <w:proofErr w:type="spellStart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convênio</w:t>
            </w:r>
            <w:proofErr w:type="spellEnd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/</w:t>
            </w:r>
            <w:proofErr w:type="spellStart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acordo</w:t>
            </w:r>
            <w:proofErr w:type="spellEnd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/</w:t>
            </w:r>
            <w:proofErr w:type="spellStart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contrato</w:t>
            </w:r>
            <w:proofErr w:type="spellEnd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)</w:t>
            </w:r>
          </w:p>
        </w:tc>
      </w:tr>
      <w:tr w:rsidR="00114E0A" w:rsidRPr="005D7EA2" w:rsidTr="00306A1A">
        <w:tc>
          <w:tcPr>
            <w:tcW w:w="3681" w:type="dxa"/>
          </w:tcPr>
          <w:p w:rsidR="00114E0A" w:rsidRPr="005D7EA2" w:rsidRDefault="000D0AC9" w:rsidP="00A06D2C">
            <w:pPr>
              <w:spacing w:line="276" w:lineRule="auto"/>
              <w:jc w:val="right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proofErr w:type="spellStart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Título</w:t>
            </w:r>
            <w:proofErr w:type="spellEnd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do </w:t>
            </w:r>
            <w:proofErr w:type="spellStart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Projeto</w:t>
            </w:r>
            <w:proofErr w:type="spellEnd"/>
          </w:p>
        </w:tc>
        <w:tc>
          <w:tcPr>
            <w:tcW w:w="5216" w:type="dxa"/>
          </w:tcPr>
          <w:p w:rsidR="00114E0A" w:rsidRPr="005D7EA2" w:rsidRDefault="00114E0A" w:rsidP="00255EB4">
            <w:pPr>
              <w:spacing w:line="276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</w:tr>
      <w:tr w:rsidR="00114E0A" w:rsidRPr="005D7EA2" w:rsidTr="00306A1A">
        <w:tc>
          <w:tcPr>
            <w:tcW w:w="3681" w:type="dxa"/>
          </w:tcPr>
          <w:p w:rsidR="00114E0A" w:rsidRPr="005D7EA2" w:rsidRDefault="000D0AC9" w:rsidP="008B78C4">
            <w:pPr>
              <w:spacing w:line="276" w:lineRule="auto"/>
              <w:jc w:val="right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Nome do </w:t>
            </w:r>
            <w:proofErr w:type="spellStart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Coordenador</w:t>
            </w:r>
            <w:proofErr w:type="spellEnd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do </w:t>
            </w:r>
            <w:proofErr w:type="spellStart"/>
            <w:r w:rsidR="008B78C4">
              <w:rPr>
                <w:rFonts w:ascii="Arial Unicode MS" w:eastAsia="Arial Unicode MS" w:hAnsi="Arial Unicode MS" w:cs="Arial Unicode MS"/>
                <w:sz w:val="20"/>
                <w:szCs w:val="20"/>
              </w:rPr>
              <w:t>P</w:t>
            </w:r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rojeto</w:t>
            </w:r>
            <w:proofErr w:type="spellEnd"/>
          </w:p>
        </w:tc>
        <w:tc>
          <w:tcPr>
            <w:tcW w:w="5216" w:type="dxa"/>
          </w:tcPr>
          <w:p w:rsidR="00114E0A" w:rsidRPr="005D7EA2" w:rsidRDefault="00114E0A" w:rsidP="00255EB4">
            <w:pPr>
              <w:spacing w:line="276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</w:tr>
      <w:tr w:rsidR="00114E0A" w:rsidRPr="005D7EA2" w:rsidTr="00306A1A">
        <w:tc>
          <w:tcPr>
            <w:tcW w:w="3681" w:type="dxa"/>
          </w:tcPr>
          <w:p w:rsidR="00114E0A" w:rsidRPr="005D7EA2" w:rsidRDefault="000D0AC9" w:rsidP="00A06D2C">
            <w:pPr>
              <w:spacing w:line="276" w:lineRule="auto"/>
              <w:jc w:val="right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proofErr w:type="spellStart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Departamento</w:t>
            </w:r>
            <w:proofErr w:type="spellEnd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/ </w:t>
            </w:r>
            <w:proofErr w:type="spellStart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Unidade</w:t>
            </w:r>
            <w:proofErr w:type="spellEnd"/>
          </w:p>
        </w:tc>
        <w:tc>
          <w:tcPr>
            <w:tcW w:w="5216" w:type="dxa"/>
          </w:tcPr>
          <w:p w:rsidR="00114E0A" w:rsidRPr="005D7EA2" w:rsidRDefault="00114E0A" w:rsidP="00255EB4">
            <w:pPr>
              <w:spacing w:line="276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</w:tr>
    </w:tbl>
    <w:p w:rsidR="001B6E2D" w:rsidRPr="001B6E2D" w:rsidRDefault="001B6E2D" w:rsidP="00844E1D">
      <w:pPr>
        <w:rPr>
          <w:rFonts w:ascii="Montserrat SemiBold" w:hAnsi="Montserrat SemiBold"/>
          <w:b/>
          <w:sz w:val="2"/>
          <w:szCs w:val="2"/>
        </w:rPr>
      </w:pPr>
    </w:p>
    <w:tbl>
      <w:tblPr>
        <w:tblStyle w:val="Tabelacomgrade"/>
        <w:tblpPr w:leftFromText="141" w:rightFromText="141" w:vertAnchor="text" w:tblpY="320"/>
        <w:tblW w:w="8897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3681"/>
        <w:gridCol w:w="5216"/>
      </w:tblGrid>
      <w:tr w:rsidR="001B6E2D" w:rsidRPr="005D7EA2" w:rsidTr="00306A1A">
        <w:tc>
          <w:tcPr>
            <w:tcW w:w="3681" w:type="dxa"/>
          </w:tcPr>
          <w:p w:rsidR="001B6E2D" w:rsidRPr="005D7EA2" w:rsidRDefault="001B6E2D" w:rsidP="001B6E2D">
            <w:pPr>
              <w:spacing w:line="276" w:lineRule="auto"/>
              <w:jc w:val="right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Nome </w:t>
            </w:r>
            <w:proofErr w:type="spellStart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completo</w:t>
            </w:r>
            <w:proofErr w:type="spellEnd"/>
          </w:p>
        </w:tc>
        <w:tc>
          <w:tcPr>
            <w:tcW w:w="5216" w:type="dxa"/>
          </w:tcPr>
          <w:p w:rsidR="001B6E2D" w:rsidRPr="005D7EA2" w:rsidRDefault="001B6E2D" w:rsidP="001B6E2D">
            <w:pPr>
              <w:spacing w:line="276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</w:tr>
      <w:tr w:rsidR="001B6E2D" w:rsidRPr="005D7EA2" w:rsidTr="00306A1A">
        <w:tc>
          <w:tcPr>
            <w:tcW w:w="3681" w:type="dxa"/>
          </w:tcPr>
          <w:p w:rsidR="001B6E2D" w:rsidRPr="005D7EA2" w:rsidRDefault="001B6E2D" w:rsidP="001B6E2D">
            <w:pPr>
              <w:spacing w:line="276" w:lineRule="auto"/>
              <w:jc w:val="right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Data de </w:t>
            </w:r>
            <w:proofErr w:type="spellStart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nascimento</w:t>
            </w:r>
            <w:proofErr w:type="spellEnd"/>
          </w:p>
        </w:tc>
        <w:tc>
          <w:tcPr>
            <w:tcW w:w="5216" w:type="dxa"/>
          </w:tcPr>
          <w:p w:rsidR="001B6E2D" w:rsidRPr="005D7EA2" w:rsidRDefault="001B6E2D" w:rsidP="001B6E2D">
            <w:pPr>
              <w:spacing w:line="276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</w:tr>
      <w:tr w:rsidR="008B78C4" w:rsidRPr="005D7EA2" w:rsidTr="00306A1A">
        <w:tc>
          <w:tcPr>
            <w:tcW w:w="3681" w:type="dxa"/>
          </w:tcPr>
          <w:p w:rsidR="008B78C4" w:rsidRPr="005D7EA2" w:rsidRDefault="008B78C4" w:rsidP="001B6E2D">
            <w:pPr>
              <w:jc w:val="right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proofErr w:type="spellStart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Nacionalidade</w:t>
            </w:r>
            <w:proofErr w:type="spellEnd"/>
          </w:p>
        </w:tc>
        <w:tc>
          <w:tcPr>
            <w:tcW w:w="5216" w:type="dxa"/>
          </w:tcPr>
          <w:p w:rsidR="008B78C4" w:rsidRPr="005D7EA2" w:rsidRDefault="008B78C4" w:rsidP="001B6E2D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</w:tr>
      <w:tr w:rsidR="001B6E2D" w:rsidRPr="005D7EA2" w:rsidTr="00306A1A">
        <w:tc>
          <w:tcPr>
            <w:tcW w:w="3681" w:type="dxa"/>
          </w:tcPr>
          <w:p w:rsidR="001B6E2D" w:rsidRPr="005D7EA2" w:rsidRDefault="001B6E2D" w:rsidP="001B6E2D">
            <w:pPr>
              <w:spacing w:line="276" w:lineRule="auto"/>
              <w:jc w:val="right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CPF</w:t>
            </w:r>
          </w:p>
        </w:tc>
        <w:tc>
          <w:tcPr>
            <w:tcW w:w="5216" w:type="dxa"/>
          </w:tcPr>
          <w:p w:rsidR="001B6E2D" w:rsidRPr="005D7EA2" w:rsidRDefault="001B6E2D" w:rsidP="001B6E2D">
            <w:pPr>
              <w:spacing w:line="276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</w:tr>
      <w:tr w:rsidR="001B6E2D" w:rsidRPr="005D7EA2" w:rsidTr="00306A1A">
        <w:tc>
          <w:tcPr>
            <w:tcW w:w="3681" w:type="dxa"/>
          </w:tcPr>
          <w:p w:rsidR="001B6E2D" w:rsidRPr="005D7EA2" w:rsidRDefault="001B6E2D" w:rsidP="001B6E2D">
            <w:pPr>
              <w:spacing w:line="276" w:lineRule="auto"/>
              <w:jc w:val="right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proofErr w:type="spellStart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Documento</w:t>
            </w:r>
            <w:proofErr w:type="spellEnd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de </w:t>
            </w:r>
            <w:proofErr w:type="spellStart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Identidade</w:t>
            </w:r>
            <w:proofErr w:type="spellEnd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(RG)</w:t>
            </w:r>
          </w:p>
        </w:tc>
        <w:tc>
          <w:tcPr>
            <w:tcW w:w="5216" w:type="dxa"/>
          </w:tcPr>
          <w:p w:rsidR="001B6E2D" w:rsidRPr="005D7EA2" w:rsidRDefault="001B6E2D" w:rsidP="001B6E2D">
            <w:pPr>
              <w:spacing w:line="276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</w:tr>
      <w:tr w:rsidR="00306A1A" w:rsidRPr="005D7EA2" w:rsidTr="008B78C4">
        <w:tc>
          <w:tcPr>
            <w:tcW w:w="3681" w:type="dxa"/>
            <w:shd w:val="clear" w:color="auto" w:fill="auto"/>
          </w:tcPr>
          <w:p w:rsidR="00306A1A" w:rsidRPr="008B78C4" w:rsidRDefault="00306A1A" w:rsidP="001B6E2D">
            <w:pPr>
              <w:jc w:val="right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proofErr w:type="spellStart"/>
            <w:r w:rsidRPr="008B78C4">
              <w:rPr>
                <w:rFonts w:ascii="Arial Unicode MS" w:eastAsia="Arial Unicode MS" w:hAnsi="Arial Unicode MS" w:cs="Arial Unicode MS"/>
                <w:sz w:val="20"/>
                <w:szCs w:val="20"/>
              </w:rPr>
              <w:t>Passaporte</w:t>
            </w:r>
            <w:proofErr w:type="spellEnd"/>
            <w:r w:rsidRPr="008B78C4"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</w:t>
            </w:r>
            <w:r w:rsidRPr="008B78C4">
              <w:rPr>
                <w:rFonts w:ascii="Arial Unicode MS" w:eastAsia="Arial Unicode MS" w:hAnsi="Arial Unicode MS" w:cs="Arial Unicode MS"/>
                <w:sz w:val="16"/>
                <w:szCs w:val="16"/>
              </w:rPr>
              <w:t>(</w:t>
            </w:r>
            <w:proofErr w:type="spellStart"/>
            <w:r w:rsidRPr="008B78C4">
              <w:rPr>
                <w:rFonts w:ascii="Arial Unicode MS" w:eastAsia="Arial Unicode MS" w:hAnsi="Arial Unicode MS" w:cs="Arial Unicode MS"/>
                <w:sz w:val="16"/>
                <w:szCs w:val="16"/>
              </w:rPr>
              <w:t>caso</w:t>
            </w:r>
            <w:proofErr w:type="spellEnd"/>
            <w:r w:rsidRPr="008B78C4">
              <w:rPr>
                <w:rFonts w:ascii="Arial Unicode MS" w:eastAsia="Arial Unicode MS" w:hAnsi="Arial Unicode MS" w:cs="Arial Unicode MS"/>
                <w:sz w:val="16"/>
                <w:szCs w:val="16"/>
              </w:rPr>
              <w:t xml:space="preserve"> </w:t>
            </w:r>
            <w:proofErr w:type="spellStart"/>
            <w:r w:rsidRPr="008B78C4">
              <w:rPr>
                <w:rFonts w:ascii="Arial Unicode MS" w:eastAsia="Arial Unicode MS" w:hAnsi="Arial Unicode MS" w:cs="Arial Unicode MS"/>
                <w:sz w:val="16"/>
                <w:szCs w:val="16"/>
              </w:rPr>
              <w:t>seja</w:t>
            </w:r>
            <w:proofErr w:type="spellEnd"/>
            <w:r w:rsidRPr="008B78C4">
              <w:rPr>
                <w:rFonts w:ascii="Arial Unicode MS" w:eastAsia="Arial Unicode MS" w:hAnsi="Arial Unicode MS" w:cs="Arial Unicode MS"/>
                <w:sz w:val="16"/>
                <w:szCs w:val="16"/>
              </w:rPr>
              <w:t xml:space="preserve"> </w:t>
            </w:r>
            <w:proofErr w:type="spellStart"/>
            <w:r w:rsidRPr="008B78C4">
              <w:rPr>
                <w:rFonts w:ascii="Arial Unicode MS" w:eastAsia="Arial Unicode MS" w:hAnsi="Arial Unicode MS" w:cs="Arial Unicode MS"/>
                <w:sz w:val="16"/>
                <w:szCs w:val="16"/>
              </w:rPr>
              <w:t>estrangeiro</w:t>
            </w:r>
            <w:proofErr w:type="spellEnd"/>
            <w:r w:rsidRPr="008B78C4">
              <w:rPr>
                <w:rFonts w:ascii="Arial Unicode MS" w:eastAsia="Arial Unicode MS" w:hAnsi="Arial Unicode MS" w:cs="Arial Unicode MS"/>
                <w:sz w:val="16"/>
                <w:szCs w:val="16"/>
              </w:rPr>
              <w:t>)</w:t>
            </w:r>
          </w:p>
        </w:tc>
        <w:tc>
          <w:tcPr>
            <w:tcW w:w="5216" w:type="dxa"/>
            <w:shd w:val="clear" w:color="auto" w:fill="auto"/>
          </w:tcPr>
          <w:p w:rsidR="00306A1A" w:rsidRPr="008B78C4" w:rsidRDefault="00306A1A" w:rsidP="001B6E2D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</w:tr>
      <w:tr w:rsidR="001B6E2D" w:rsidRPr="005D7EA2" w:rsidTr="00306A1A">
        <w:tc>
          <w:tcPr>
            <w:tcW w:w="3681" w:type="dxa"/>
          </w:tcPr>
          <w:p w:rsidR="001B6E2D" w:rsidRPr="005D7EA2" w:rsidRDefault="001B6E2D" w:rsidP="001B6E2D">
            <w:pPr>
              <w:spacing w:line="276" w:lineRule="auto"/>
              <w:jc w:val="right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proofErr w:type="spellStart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Endereço</w:t>
            </w:r>
            <w:proofErr w:type="spellEnd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</w:t>
            </w:r>
            <w:proofErr w:type="spellStart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completo</w:t>
            </w:r>
            <w:proofErr w:type="spellEnd"/>
          </w:p>
        </w:tc>
        <w:tc>
          <w:tcPr>
            <w:tcW w:w="5216" w:type="dxa"/>
          </w:tcPr>
          <w:p w:rsidR="001B6E2D" w:rsidRPr="005D7EA2" w:rsidRDefault="001B6E2D" w:rsidP="001B6E2D">
            <w:pPr>
              <w:spacing w:line="276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</w:tr>
      <w:tr w:rsidR="001B6E2D" w:rsidRPr="005D7EA2" w:rsidTr="00306A1A">
        <w:tc>
          <w:tcPr>
            <w:tcW w:w="3681" w:type="dxa"/>
          </w:tcPr>
          <w:p w:rsidR="001B6E2D" w:rsidRPr="005D7EA2" w:rsidRDefault="001B6E2D" w:rsidP="001B6E2D">
            <w:pPr>
              <w:spacing w:line="276" w:lineRule="auto"/>
              <w:jc w:val="right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proofErr w:type="spellStart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Telefone</w:t>
            </w:r>
            <w:proofErr w:type="spellEnd"/>
          </w:p>
        </w:tc>
        <w:tc>
          <w:tcPr>
            <w:tcW w:w="5216" w:type="dxa"/>
          </w:tcPr>
          <w:p w:rsidR="001B6E2D" w:rsidRPr="005D7EA2" w:rsidRDefault="001B6E2D" w:rsidP="001B6E2D">
            <w:pPr>
              <w:spacing w:line="276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</w:tr>
      <w:tr w:rsidR="001B6E2D" w:rsidRPr="005D7EA2" w:rsidTr="00306A1A">
        <w:tc>
          <w:tcPr>
            <w:tcW w:w="3681" w:type="dxa"/>
          </w:tcPr>
          <w:p w:rsidR="001B6E2D" w:rsidRPr="005D7EA2" w:rsidRDefault="001B6E2D" w:rsidP="001B6E2D">
            <w:pPr>
              <w:spacing w:line="276" w:lineRule="auto"/>
              <w:jc w:val="right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Estado civil</w:t>
            </w:r>
          </w:p>
        </w:tc>
        <w:tc>
          <w:tcPr>
            <w:tcW w:w="5216" w:type="dxa"/>
          </w:tcPr>
          <w:p w:rsidR="001B6E2D" w:rsidRPr="005D7EA2" w:rsidRDefault="001B6E2D" w:rsidP="001B6E2D">
            <w:pPr>
              <w:spacing w:line="276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</w:tr>
      <w:tr w:rsidR="001B6E2D" w:rsidRPr="005D7EA2" w:rsidTr="00306A1A">
        <w:tc>
          <w:tcPr>
            <w:tcW w:w="3681" w:type="dxa"/>
          </w:tcPr>
          <w:p w:rsidR="001B6E2D" w:rsidRPr="005D7EA2" w:rsidRDefault="001B6E2D" w:rsidP="001B6E2D">
            <w:pPr>
              <w:spacing w:line="276" w:lineRule="auto"/>
              <w:jc w:val="right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E-mail</w:t>
            </w:r>
          </w:p>
        </w:tc>
        <w:tc>
          <w:tcPr>
            <w:tcW w:w="5216" w:type="dxa"/>
          </w:tcPr>
          <w:p w:rsidR="001B6E2D" w:rsidRPr="005D7EA2" w:rsidRDefault="001B6E2D" w:rsidP="001B6E2D">
            <w:pPr>
              <w:spacing w:line="276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</w:tr>
      <w:tr w:rsidR="001B6E2D" w:rsidRPr="005D7EA2" w:rsidTr="00306A1A">
        <w:tc>
          <w:tcPr>
            <w:tcW w:w="3681" w:type="dxa"/>
          </w:tcPr>
          <w:p w:rsidR="001B6E2D" w:rsidRPr="005D7EA2" w:rsidRDefault="001B6E2D" w:rsidP="001B6E2D">
            <w:pPr>
              <w:spacing w:line="276" w:lineRule="auto"/>
              <w:jc w:val="right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proofErr w:type="spellStart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Cidade</w:t>
            </w:r>
            <w:proofErr w:type="spellEnd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de </w:t>
            </w:r>
            <w:proofErr w:type="spellStart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nascimento</w:t>
            </w:r>
            <w:proofErr w:type="spellEnd"/>
            <w:r w:rsidR="00306A1A"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/ Estado / País</w:t>
            </w:r>
          </w:p>
        </w:tc>
        <w:tc>
          <w:tcPr>
            <w:tcW w:w="5216" w:type="dxa"/>
          </w:tcPr>
          <w:p w:rsidR="001B6E2D" w:rsidRPr="005D7EA2" w:rsidRDefault="001B6E2D" w:rsidP="001B6E2D">
            <w:pPr>
              <w:spacing w:line="276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</w:tr>
      <w:tr w:rsidR="001B6E2D" w:rsidRPr="005D7EA2" w:rsidTr="00306A1A">
        <w:tc>
          <w:tcPr>
            <w:tcW w:w="3681" w:type="dxa"/>
          </w:tcPr>
          <w:p w:rsidR="001B6E2D" w:rsidRPr="005D7EA2" w:rsidRDefault="001B6E2D" w:rsidP="001B6E2D">
            <w:pPr>
              <w:spacing w:line="276" w:lineRule="auto"/>
              <w:jc w:val="right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proofErr w:type="spellStart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Raça</w:t>
            </w:r>
            <w:proofErr w:type="spellEnd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/</w:t>
            </w:r>
            <w:proofErr w:type="spellStart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Cor</w:t>
            </w:r>
            <w:proofErr w:type="spellEnd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</w:t>
            </w:r>
          </w:p>
        </w:tc>
        <w:tc>
          <w:tcPr>
            <w:tcW w:w="5216" w:type="dxa"/>
          </w:tcPr>
          <w:p w:rsidR="001B6E2D" w:rsidRPr="005D7EA2" w:rsidRDefault="001B6E2D" w:rsidP="001B6E2D">
            <w:pPr>
              <w:spacing w:line="276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</w:tr>
      <w:tr w:rsidR="001B6E2D" w:rsidRPr="005D7EA2" w:rsidTr="00306A1A">
        <w:tc>
          <w:tcPr>
            <w:tcW w:w="3681" w:type="dxa"/>
          </w:tcPr>
          <w:p w:rsidR="001B6E2D" w:rsidRPr="005D7EA2" w:rsidRDefault="001B6E2D" w:rsidP="001B6E2D">
            <w:pPr>
              <w:spacing w:line="276" w:lineRule="auto"/>
              <w:jc w:val="right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proofErr w:type="spellStart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Sexo</w:t>
            </w:r>
            <w:proofErr w:type="spellEnd"/>
          </w:p>
        </w:tc>
        <w:tc>
          <w:tcPr>
            <w:tcW w:w="5216" w:type="dxa"/>
          </w:tcPr>
          <w:p w:rsidR="001B6E2D" w:rsidRPr="005D7EA2" w:rsidRDefault="001B6E2D" w:rsidP="001B6E2D">
            <w:pPr>
              <w:spacing w:line="276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</w:tr>
      <w:tr w:rsidR="001B6E2D" w:rsidRPr="005D7EA2" w:rsidTr="00306A1A">
        <w:trPr>
          <w:trHeight w:val="70"/>
        </w:trPr>
        <w:tc>
          <w:tcPr>
            <w:tcW w:w="3681" w:type="dxa"/>
          </w:tcPr>
          <w:p w:rsidR="001B6E2D" w:rsidRPr="005D7EA2" w:rsidRDefault="001B6E2D" w:rsidP="001B6E2D">
            <w:pPr>
              <w:spacing w:line="276" w:lineRule="auto"/>
              <w:jc w:val="right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proofErr w:type="spellStart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Grau</w:t>
            </w:r>
            <w:proofErr w:type="spellEnd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de </w:t>
            </w:r>
            <w:proofErr w:type="spellStart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instrução</w:t>
            </w:r>
            <w:proofErr w:type="spellEnd"/>
          </w:p>
        </w:tc>
        <w:tc>
          <w:tcPr>
            <w:tcW w:w="5216" w:type="dxa"/>
          </w:tcPr>
          <w:p w:rsidR="001B6E2D" w:rsidRPr="005D7EA2" w:rsidRDefault="001B6E2D" w:rsidP="001B6E2D">
            <w:pPr>
              <w:spacing w:line="276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</w:tr>
    </w:tbl>
    <w:p w:rsidR="00114E0A" w:rsidRPr="00306A1A" w:rsidRDefault="00844E1D" w:rsidP="00844E1D">
      <w:pPr>
        <w:rPr>
          <w:rFonts w:ascii="Arial" w:hAnsi="Arial" w:cs="Arial"/>
          <w:b/>
        </w:rPr>
      </w:pPr>
      <w:r w:rsidRPr="00306A1A">
        <w:rPr>
          <w:rFonts w:ascii="Arial" w:hAnsi="Arial" w:cs="Arial"/>
          <w:b/>
        </w:rPr>
        <w:t>I</w:t>
      </w:r>
      <w:r w:rsidR="000D0AC9" w:rsidRPr="00306A1A">
        <w:rPr>
          <w:rFonts w:ascii="Arial" w:hAnsi="Arial" w:cs="Arial"/>
          <w:b/>
        </w:rPr>
        <w:t xml:space="preserve">I – </w:t>
      </w:r>
      <w:r w:rsidR="000D0AC9" w:rsidRPr="00306A1A">
        <w:rPr>
          <w:rFonts w:ascii="Arial" w:hAnsi="Arial" w:cs="Arial"/>
          <w:b/>
          <w:sz w:val="20"/>
          <w:szCs w:val="20"/>
        </w:rPr>
        <w:t xml:space="preserve">DADOS DO </w:t>
      </w:r>
      <w:r w:rsidR="001B2AC4" w:rsidRPr="00306A1A">
        <w:rPr>
          <w:rFonts w:ascii="Arial" w:hAnsi="Arial" w:cs="Arial"/>
          <w:b/>
          <w:sz w:val="20"/>
          <w:szCs w:val="20"/>
        </w:rPr>
        <w:t>PALESTRANTE</w:t>
      </w:r>
    </w:p>
    <w:p w:rsidR="001B6E2D" w:rsidRPr="001B6E2D" w:rsidRDefault="001B6E2D" w:rsidP="00844E1D">
      <w:pPr>
        <w:rPr>
          <w:rFonts w:ascii="Montserrat SemiBold" w:hAnsi="Montserrat SemiBold"/>
          <w:b/>
          <w:sz w:val="2"/>
          <w:szCs w:val="2"/>
        </w:rPr>
      </w:pPr>
    </w:p>
    <w:tbl>
      <w:tblPr>
        <w:tblStyle w:val="Tabelacomgrade"/>
        <w:tblpPr w:leftFromText="141" w:rightFromText="141" w:vertAnchor="text" w:horzAnchor="margin" w:tblpY="278"/>
        <w:tblW w:w="8884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3681"/>
        <w:gridCol w:w="5203"/>
      </w:tblGrid>
      <w:tr w:rsidR="001B6E2D" w:rsidRPr="005D7EA2" w:rsidTr="00306A1A">
        <w:trPr>
          <w:trHeight w:val="404"/>
        </w:trPr>
        <w:tc>
          <w:tcPr>
            <w:tcW w:w="3681" w:type="dxa"/>
          </w:tcPr>
          <w:p w:rsidR="001B6E2D" w:rsidRPr="005D7EA2" w:rsidRDefault="001B6E2D" w:rsidP="001B6E2D">
            <w:pPr>
              <w:spacing w:line="276" w:lineRule="auto"/>
              <w:jc w:val="right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Banco</w:t>
            </w:r>
          </w:p>
        </w:tc>
        <w:tc>
          <w:tcPr>
            <w:tcW w:w="5203" w:type="dxa"/>
          </w:tcPr>
          <w:p w:rsidR="001B6E2D" w:rsidRPr="005D7EA2" w:rsidRDefault="001B6E2D" w:rsidP="001B6E2D">
            <w:pPr>
              <w:spacing w:line="276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</w:tr>
      <w:tr w:rsidR="001B6E2D" w:rsidRPr="005D7EA2" w:rsidTr="00306A1A">
        <w:trPr>
          <w:trHeight w:val="419"/>
        </w:trPr>
        <w:tc>
          <w:tcPr>
            <w:tcW w:w="3681" w:type="dxa"/>
          </w:tcPr>
          <w:p w:rsidR="001B6E2D" w:rsidRPr="005D7EA2" w:rsidRDefault="001B6E2D" w:rsidP="001B6E2D">
            <w:pPr>
              <w:spacing w:line="276" w:lineRule="auto"/>
              <w:jc w:val="right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proofErr w:type="spellStart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Agência</w:t>
            </w:r>
            <w:proofErr w:type="spellEnd"/>
          </w:p>
        </w:tc>
        <w:tc>
          <w:tcPr>
            <w:tcW w:w="5203" w:type="dxa"/>
          </w:tcPr>
          <w:p w:rsidR="001B6E2D" w:rsidRPr="005D7EA2" w:rsidRDefault="001B6E2D" w:rsidP="001B6E2D">
            <w:pPr>
              <w:spacing w:line="276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</w:tr>
      <w:tr w:rsidR="001B6E2D" w:rsidRPr="005D7EA2" w:rsidTr="00306A1A">
        <w:trPr>
          <w:trHeight w:val="404"/>
        </w:trPr>
        <w:tc>
          <w:tcPr>
            <w:tcW w:w="3681" w:type="dxa"/>
          </w:tcPr>
          <w:p w:rsidR="001B6E2D" w:rsidRPr="005D7EA2" w:rsidRDefault="001B6E2D" w:rsidP="001B6E2D">
            <w:pPr>
              <w:spacing w:line="276" w:lineRule="auto"/>
              <w:jc w:val="right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proofErr w:type="spellStart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Conta</w:t>
            </w:r>
            <w:proofErr w:type="spellEnd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</w:t>
            </w:r>
            <w:proofErr w:type="spellStart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Corrente</w:t>
            </w:r>
            <w:proofErr w:type="spellEnd"/>
          </w:p>
        </w:tc>
        <w:tc>
          <w:tcPr>
            <w:tcW w:w="5203" w:type="dxa"/>
          </w:tcPr>
          <w:p w:rsidR="001B6E2D" w:rsidRPr="005D7EA2" w:rsidRDefault="001B6E2D" w:rsidP="001B6E2D">
            <w:pPr>
              <w:spacing w:line="276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</w:tr>
      <w:tr w:rsidR="001B6E2D" w:rsidRPr="005D7EA2" w:rsidTr="00306A1A">
        <w:trPr>
          <w:trHeight w:val="404"/>
        </w:trPr>
        <w:tc>
          <w:tcPr>
            <w:tcW w:w="3681" w:type="dxa"/>
          </w:tcPr>
          <w:p w:rsidR="001B6E2D" w:rsidRPr="005D7EA2" w:rsidRDefault="001B6E2D" w:rsidP="001B6E2D">
            <w:pPr>
              <w:spacing w:line="276" w:lineRule="auto"/>
              <w:jc w:val="right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proofErr w:type="spellStart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Cidade</w:t>
            </w:r>
            <w:proofErr w:type="spellEnd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da </w:t>
            </w:r>
            <w:proofErr w:type="spellStart"/>
            <w:r w:rsidRPr="005D7EA2">
              <w:rPr>
                <w:rFonts w:ascii="Arial Unicode MS" w:eastAsia="Arial Unicode MS" w:hAnsi="Arial Unicode MS" w:cs="Arial Unicode MS"/>
                <w:sz w:val="20"/>
                <w:szCs w:val="20"/>
              </w:rPr>
              <w:t>Agência</w:t>
            </w:r>
            <w:proofErr w:type="spellEnd"/>
          </w:p>
        </w:tc>
        <w:tc>
          <w:tcPr>
            <w:tcW w:w="5203" w:type="dxa"/>
          </w:tcPr>
          <w:p w:rsidR="001B6E2D" w:rsidRPr="005D7EA2" w:rsidRDefault="001B6E2D" w:rsidP="001B6E2D">
            <w:pPr>
              <w:spacing w:line="276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</w:tr>
    </w:tbl>
    <w:p w:rsidR="00844E1D" w:rsidRPr="00306A1A" w:rsidRDefault="00402140" w:rsidP="00844E1D">
      <w:pPr>
        <w:rPr>
          <w:rFonts w:ascii="Arial" w:hAnsi="Arial" w:cs="Arial"/>
          <w:b/>
        </w:rPr>
      </w:pPr>
      <w:r w:rsidRPr="00306A1A">
        <w:rPr>
          <w:rFonts w:ascii="Arial" w:hAnsi="Arial" w:cs="Arial"/>
          <w:b/>
        </w:rPr>
        <w:t>III</w:t>
      </w:r>
      <w:r w:rsidR="00255EB4" w:rsidRPr="00306A1A">
        <w:rPr>
          <w:rFonts w:ascii="Arial" w:hAnsi="Arial" w:cs="Arial"/>
          <w:b/>
        </w:rPr>
        <w:t xml:space="preserve"> </w:t>
      </w:r>
      <w:r w:rsidR="002E0E33" w:rsidRPr="00306A1A">
        <w:rPr>
          <w:rFonts w:ascii="Arial" w:hAnsi="Arial" w:cs="Arial"/>
          <w:b/>
        </w:rPr>
        <w:t>–</w:t>
      </w:r>
      <w:r w:rsidR="00255EB4" w:rsidRPr="00306A1A">
        <w:rPr>
          <w:rFonts w:ascii="Arial" w:hAnsi="Arial" w:cs="Arial"/>
          <w:b/>
        </w:rPr>
        <w:t xml:space="preserve"> </w:t>
      </w:r>
      <w:r w:rsidR="000D0AC9" w:rsidRPr="00306A1A">
        <w:rPr>
          <w:rFonts w:ascii="Arial" w:hAnsi="Arial" w:cs="Arial"/>
          <w:b/>
          <w:sz w:val="20"/>
          <w:szCs w:val="20"/>
        </w:rPr>
        <w:t>D</w:t>
      </w:r>
      <w:r w:rsidR="002E0E33" w:rsidRPr="00306A1A">
        <w:rPr>
          <w:rFonts w:ascii="Arial" w:hAnsi="Arial" w:cs="Arial"/>
          <w:b/>
          <w:sz w:val="20"/>
          <w:szCs w:val="20"/>
        </w:rPr>
        <w:t>ADOS DOS BANCÁRIOS</w:t>
      </w:r>
      <w:r w:rsidRPr="00306A1A">
        <w:rPr>
          <w:rFonts w:ascii="Arial" w:hAnsi="Arial" w:cs="Arial"/>
          <w:b/>
        </w:rPr>
        <w:t xml:space="preserve"> </w:t>
      </w:r>
    </w:p>
    <w:p w:rsidR="00844E1D" w:rsidRDefault="00844E1D" w:rsidP="00844E1D">
      <w:pPr>
        <w:rPr>
          <w:rFonts w:ascii="Montserrat SemiBold" w:hAnsi="Montserrat SemiBold"/>
        </w:rPr>
      </w:pPr>
    </w:p>
    <w:p w:rsidR="005D7EA2" w:rsidRDefault="00B47EDB" w:rsidP="00B47EDB">
      <w:pPr>
        <w:pStyle w:val="Ttulo1"/>
        <w:jc w:val="center"/>
        <w:rPr>
          <w:rFonts w:ascii="Arial Unicode MS" w:eastAsia="Arial Unicode MS" w:hAnsi="Arial Unicode MS" w:cs="Arial Unicode MS"/>
          <w:color w:val="auto"/>
          <w:sz w:val="20"/>
          <w:szCs w:val="20"/>
        </w:rPr>
      </w:pPr>
      <w:bookmarkStart w:id="0" w:name="_GoBack"/>
      <w:bookmarkEnd w:id="0"/>
      <w:r>
        <w:rPr>
          <w:rFonts w:ascii="Arial Unicode MS" w:eastAsia="Arial Unicode MS" w:hAnsi="Arial Unicode MS" w:cs="Arial Unicode MS"/>
          <w:color w:val="auto"/>
          <w:sz w:val="20"/>
          <w:szCs w:val="20"/>
        </w:rPr>
        <w:t>_____________________</w:t>
      </w:r>
    </w:p>
    <w:p w:rsidR="00B47EDB" w:rsidRPr="005D7EA2" w:rsidRDefault="00B47EDB" w:rsidP="00844E1D">
      <w:pPr>
        <w:jc w:val="center"/>
        <w:rPr>
          <w:rFonts w:ascii="Arial Unicode MS" w:eastAsia="Arial Unicode MS" w:hAnsi="Arial Unicode MS" w:cs="Arial Unicode MS"/>
          <w:sz w:val="20"/>
          <w:szCs w:val="20"/>
        </w:rPr>
      </w:pPr>
      <w:proofErr w:type="spellStart"/>
      <w:r>
        <w:rPr>
          <w:rFonts w:ascii="Arial Unicode MS" w:eastAsia="Arial Unicode MS" w:hAnsi="Arial Unicode MS" w:cs="Arial Unicode MS"/>
          <w:sz w:val="20"/>
          <w:szCs w:val="20"/>
        </w:rPr>
        <w:t>Assinatura</w:t>
      </w:r>
      <w:proofErr w:type="spellEnd"/>
      <w:r>
        <w:rPr>
          <w:rFonts w:ascii="Arial Unicode MS" w:eastAsia="Arial Unicode MS" w:hAnsi="Arial Unicode MS" w:cs="Arial Unicode MS"/>
          <w:sz w:val="20"/>
          <w:szCs w:val="20"/>
        </w:rPr>
        <w:t xml:space="preserve"> do </w:t>
      </w:r>
      <w:proofErr w:type="spellStart"/>
      <w:r>
        <w:rPr>
          <w:rFonts w:ascii="Arial Unicode MS" w:eastAsia="Arial Unicode MS" w:hAnsi="Arial Unicode MS" w:cs="Arial Unicode MS"/>
          <w:sz w:val="20"/>
          <w:szCs w:val="20"/>
        </w:rPr>
        <w:t>Beneficiário</w:t>
      </w:r>
      <w:proofErr w:type="spellEnd"/>
    </w:p>
    <w:sectPr w:rsidR="00B47EDB" w:rsidRPr="005D7EA2" w:rsidSect="006E778F">
      <w:footerReference w:type="default" r:id="rId9"/>
      <w:pgSz w:w="12240" w:h="15840"/>
      <w:pgMar w:top="1440" w:right="1800" w:bottom="284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737EE" w:rsidRDefault="00B737EE" w:rsidP="00255EB4">
      <w:pPr>
        <w:spacing w:after="0" w:line="240" w:lineRule="auto"/>
      </w:pPr>
      <w:r>
        <w:separator/>
      </w:r>
    </w:p>
  </w:endnote>
  <w:endnote w:type="continuationSeparator" w:id="0">
    <w:p w:rsidR="00B737EE" w:rsidRDefault="00B737EE" w:rsidP="00255E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 SemiBold">
    <w:altName w:val="Times New Roman"/>
    <w:charset w:val="00"/>
    <w:family w:val="auto"/>
    <w:pitch w:val="variable"/>
    <w:sig w:usb0="00000001" w:usb1="4000247B" w:usb2="00000000" w:usb3="00000000" w:csb0="00000197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590919213"/>
      <w:docPartObj>
        <w:docPartGallery w:val="Page Numbers (Bottom of Page)"/>
        <w:docPartUnique/>
      </w:docPartObj>
    </w:sdtPr>
    <w:sdtEndPr>
      <w:rPr>
        <w:rFonts w:ascii="Arial Rounded MT Bold" w:hAnsi="Arial Rounded MT Bold"/>
        <w:sz w:val="18"/>
        <w:szCs w:val="18"/>
      </w:rPr>
    </w:sdtEndPr>
    <w:sdtContent>
      <w:p w:rsidR="00973B48" w:rsidRPr="005D7EA2" w:rsidRDefault="00973B48">
        <w:pPr>
          <w:pStyle w:val="Rodap"/>
          <w:jc w:val="right"/>
          <w:rPr>
            <w:rFonts w:ascii="Arial Rounded MT Bold" w:hAnsi="Arial Rounded MT Bold"/>
            <w:sz w:val="18"/>
            <w:szCs w:val="18"/>
          </w:rPr>
        </w:pPr>
        <w:r w:rsidRPr="005D7EA2">
          <w:rPr>
            <w:rFonts w:ascii="Arial Rounded MT Bold" w:hAnsi="Arial Rounded MT Bold"/>
            <w:sz w:val="18"/>
            <w:szCs w:val="18"/>
          </w:rPr>
          <w:fldChar w:fldCharType="begin"/>
        </w:r>
        <w:r w:rsidRPr="005D7EA2">
          <w:rPr>
            <w:rFonts w:ascii="Arial Rounded MT Bold" w:hAnsi="Arial Rounded MT Bold"/>
            <w:sz w:val="18"/>
            <w:szCs w:val="18"/>
          </w:rPr>
          <w:instrText>PAGE   \* MERGEFORMAT</w:instrText>
        </w:r>
        <w:r w:rsidRPr="005D7EA2">
          <w:rPr>
            <w:rFonts w:ascii="Arial Rounded MT Bold" w:hAnsi="Arial Rounded MT Bold"/>
            <w:sz w:val="18"/>
            <w:szCs w:val="18"/>
          </w:rPr>
          <w:fldChar w:fldCharType="separate"/>
        </w:r>
        <w:r w:rsidR="008B78C4" w:rsidRPr="008B78C4">
          <w:rPr>
            <w:rFonts w:ascii="Arial Rounded MT Bold" w:hAnsi="Arial Rounded MT Bold"/>
            <w:noProof/>
            <w:sz w:val="18"/>
            <w:szCs w:val="18"/>
            <w:lang w:val="pt-BR"/>
          </w:rPr>
          <w:t>1</w:t>
        </w:r>
        <w:r w:rsidRPr="005D7EA2">
          <w:rPr>
            <w:rFonts w:ascii="Arial Rounded MT Bold" w:hAnsi="Arial Rounded MT Bold"/>
            <w:sz w:val="18"/>
            <w:szCs w:val="18"/>
          </w:rPr>
          <w:fldChar w:fldCharType="end"/>
        </w:r>
      </w:p>
    </w:sdtContent>
  </w:sdt>
  <w:p w:rsidR="00973B48" w:rsidRDefault="00973B48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737EE" w:rsidRDefault="00B737EE" w:rsidP="00255EB4">
      <w:pPr>
        <w:spacing w:after="0" w:line="240" w:lineRule="auto"/>
      </w:pPr>
      <w:r>
        <w:separator/>
      </w:r>
    </w:p>
  </w:footnote>
  <w:footnote w:type="continuationSeparator" w:id="0">
    <w:p w:rsidR="00B737EE" w:rsidRDefault="00B737EE" w:rsidP="00255EB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Numerad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Numerad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Commarcadore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Commarcadore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Numerad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Commarcador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>
    <w:nsid w:val="580D326E"/>
    <w:multiLevelType w:val="hybridMultilevel"/>
    <w:tmpl w:val="3EB2C7B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0D0AC9"/>
    <w:rsid w:val="00114E0A"/>
    <w:rsid w:val="0015074B"/>
    <w:rsid w:val="001B2AC4"/>
    <w:rsid w:val="001B6E2D"/>
    <w:rsid w:val="00255EB4"/>
    <w:rsid w:val="0029639D"/>
    <w:rsid w:val="002A756F"/>
    <w:rsid w:val="002E0E33"/>
    <w:rsid w:val="00306A1A"/>
    <w:rsid w:val="00326F90"/>
    <w:rsid w:val="003E5A01"/>
    <w:rsid w:val="00402140"/>
    <w:rsid w:val="005D7EA2"/>
    <w:rsid w:val="0068728C"/>
    <w:rsid w:val="006E778F"/>
    <w:rsid w:val="00723802"/>
    <w:rsid w:val="00844E1D"/>
    <w:rsid w:val="00860AC7"/>
    <w:rsid w:val="008B78C4"/>
    <w:rsid w:val="008C497C"/>
    <w:rsid w:val="00933A77"/>
    <w:rsid w:val="00973B48"/>
    <w:rsid w:val="009E66DF"/>
    <w:rsid w:val="00A057F1"/>
    <w:rsid w:val="00A06D2C"/>
    <w:rsid w:val="00AA1D8D"/>
    <w:rsid w:val="00B47730"/>
    <w:rsid w:val="00B47EDB"/>
    <w:rsid w:val="00B737EE"/>
    <w:rsid w:val="00BC5FE1"/>
    <w:rsid w:val="00C974C6"/>
    <w:rsid w:val="00CB0664"/>
    <w:rsid w:val="00D90A7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efaultImageDpi w14:val="300"/>
  <w15:docId w15:val="{AD06BDE9-973D-4C16-9BF5-09022779C6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C693F"/>
  </w:style>
  <w:style w:type="paragraph" w:styleId="Ttulo1">
    <w:name w:val="heading 1"/>
    <w:basedOn w:val="Normal"/>
    <w:next w:val="Normal"/>
    <w:link w:val="Ttulo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618BF"/>
  </w:style>
  <w:style w:type="paragraph" w:styleId="Rodap">
    <w:name w:val="footer"/>
    <w:basedOn w:val="Normal"/>
    <w:link w:val="Rodap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618BF"/>
  </w:style>
  <w:style w:type="paragraph" w:styleId="SemEspaament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har">
    <w:name w:val="Título 1 Char"/>
    <w:basedOn w:val="Fontepargpadro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har">
    <w:name w:val="Título 2 Char"/>
    <w:basedOn w:val="Fontepargpadro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har">
    <w:name w:val="Título 3 Char"/>
    <w:basedOn w:val="Fontepargpadro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har">
    <w:name w:val="Título Char"/>
    <w:basedOn w:val="Fontepargpadro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har">
    <w:name w:val="Subtítulo Char"/>
    <w:basedOn w:val="Fontepargpadro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grafoda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Corpodetexto">
    <w:name w:val="Body Text"/>
    <w:basedOn w:val="Normal"/>
    <w:link w:val="CorpodetextoChar"/>
    <w:uiPriority w:val="99"/>
    <w:unhideWhenUsed/>
    <w:rsid w:val="00AA1D8D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AA1D8D"/>
  </w:style>
  <w:style w:type="paragraph" w:styleId="Corpodetexto2">
    <w:name w:val="Body Text 2"/>
    <w:basedOn w:val="Normal"/>
    <w:link w:val="Corpodetexto2Char"/>
    <w:uiPriority w:val="99"/>
    <w:unhideWhenUsed/>
    <w:rsid w:val="00AA1D8D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uiPriority w:val="99"/>
    <w:rsid w:val="00AA1D8D"/>
  </w:style>
  <w:style w:type="paragraph" w:styleId="Corpodetexto3">
    <w:name w:val="Body Text 3"/>
    <w:basedOn w:val="Normal"/>
    <w:link w:val="Corpodetexto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Commarcadore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Commarcadore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Commarcadore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Numerada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Numerada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Numerada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adecontinuao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adecontinuao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adecontinuao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demacro">
    <w:name w:val="macro"/>
    <w:link w:val="Textodemacro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demacroChar">
    <w:name w:val="Texto de macro Char"/>
    <w:basedOn w:val="Fontepargpadro"/>
    <w:link w:val="Textodemacro"/>
    <w:uiPriority w:val="99"/>
    <w:rsid w:val="0029639D"/>
    <w:rPr>
      <w:rFonts w:ascii="Courier" w:hAnsi="Courier"/>
      <w:sz w:val="20"/>
      <w:szCs w:val="20"/>
    </w:rPr>
  </w:style>
  <w:style w:type="paragraph" w:styleId="Citao">
    <w:name w:val="Quote"/>
    <w:basedOn w:val="Normal"/>
    <w:next w:val="Normal"/>
    <w:link w:val="CitaoChar"/>
    <w:uiPriority w:val="29"/>
    <w:qFormat/>
    <w:rsid w:val="00FC693F"/>
    <w:rPr>
      <w:i/>
      <w:iCs/>
      <w:color w:val="000000" w:themeColor="text1"/>
    </w:rPr>
  </w:style>
  <w:style w:type="character" w:customStyle="1" w:styleId="CitaoChar">
    <w:name w:val="Citação Char"/>
    <w:basedOn w:val="Fontepargpadro"/>
    <w:link w:val="Citao"/>
    <w:uiPriority w:val="29"/>
    <w:rsid w:val="00FC693F"/>
    <w:rPr>
      <w:i/>
      <w:iCs/>
      <w:color w:val="000000" w:themeColor="text1"/>
    </w:rPr>
  </w:style>
  <w:style w:type="character" w:customStyle="1" w:styleId="Ttulo4Char">
    <w:name w:val="Título 4 Char"/>
    <w:basedOn w:val="Fontepargpadro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har">
    <w:name w:val="Título 5 Char"/>
    <w:basedOn w:val="Fontepargpadro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har">
    <w:name w:val="Título 7 Char"/>
    <w:basedOn w:val="Fontepargpadro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har">
    <w:name w:val="Título 8 Char"/>
    <w:basedOn w:val="Fontepargpadro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har">
    <w:name w:val="Título 9 Char"/>
    <w:basedOn w:val="Fontepargpadro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Forte">
    <w:name w:val="Strong"/>
    <w:basedOn w:val="Fontepargpadro"/>
    <w:uiPriority w:val="22"/>
    <w:qFormat/>
    <w:rsid w:val="00FC693F"/>
    <w:rPr>
      <w:b/>
      <w:bCs/>
    </w:rPr>
  </w:style>
  <w:style w:type="character" w:styleId="nfase">
    <w:name w:val="Emphasis"/>
    <w:basedOn w:val="Fontepargpadro"/>
    <w:uiPriority w:val="20"/>
    <w:qFormat/>
    <w:rsid w:val="00FC693F"/>
    <w:rPr>
      <w:i/>
      <w:iCs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FC693F"/>
    <w:rPr>
      <w:b/>
      <w:bCs/>
      <w:i/>
      <w:iCs/>
      <w:color w:val="4F81BD" w:themeColor="accent1"/>
    </w:rPr>
  </w:style>
  <w:style w:type="character" w:styleId="nfaseSutil">
    <w:name w:val="Subtle Emphasis"/>
    <w:basedOn w:val="Fontepargpadro"/>
    <w:uiPriority w:val="19"/>
    <w:qFormat/>
    <w:rsid w:val="00FC693F"/>
    <w:rPr>
      <w:i/>
      <w:iCs/>
      <w:color w:val="808080" w:themeColor="text1" w:themeTint="7F"/>
    </w:rPr>
  </w:style>
  <w:style w:type="character" w:styleId="nfaseIntensa">
    <w:name w:val="Intense Emphasis"/>
    <w:basedOn w:val="Fontepargpadro"/>
    <w:uiPriority w:val="21"/>
    <w:qFormat/>
    <w:rsid w:val="00FC693F"/>
    <w:rPr>
      <w:b/>
      <w:bCs/>
      <w:i/>
      <w:iCs/>
      <w:color w:val="4F81BD" w:themeColor="accent1"/>
    </w:rPr>
  </w:style>
  <w:style w:type="character" w:styleId="RefernciaSutil">
    <w:name w:val="Subtle Reference"/>
    <w:basedOn w:val="Fontepargpadro"/>
    <w:uiPriority w:val="31"/>
    <w:qFormat/>
    <w:rsid w:val="00FC693F"/>
    <w:rPr>
      <w:smallCaps/>
      <w:color w:val="C0504D" w:themeColor="accent2"/>
      <w:u w:val="single"/>
    </w:rPr>
  </w:style>
  <w:style w:type="character" w:styleId="RefernciaIntensa">
    <w:name w:val="Intense Reference"/>
    <w:basedOn w:val="Fontepargpadro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oLivro">
    <w:name w:val="Book Title"/>
    <w:basedOn w:val="Fontepargpadro"/>
    <w:uiPriority w:val="33"/>
    <w:qFormat/>
    <w:rsid w:val="00FC693F"/>
    <w:rPr>
      <w:b/>
      <w:bCs/>
      <w:smallCaps/>
      <w:spacing w:val="5"/>
    </w:rPr>
  </w:style>
  <w:style w:type="paragraph" w:styleId="CabealhodoSumrio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elacomgrade">
    <w:name w:val="Table Grid"/>
    <w:basedOn w:val="Tabela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SombreamentoClaro">
    <w:name w:val="Light Shading"/>
    <w:basedOn w:val="Tabe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mentoClaro-nfase1">
    <w:name w:val="Light Shading Accent 1"/>
    <w:basedOn w:val="Tabe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mentoClaro-nfase2">
    <w:name w:val="Light Shading Accent 2"/>
    <w:basedOn w:val="Tabe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mentoClaro-nfase3">
    <w:name w:val="Light Shading Accent 3"/>
    <w:basedOn w:val="Tabe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mentoClaro-nfase4">
    <w:name w:val="Light Shading Accent 4"/>
    <w:basedOn w:val="Tabe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mentoClaro-nfase5">
    <w:name w:val="Light Shading Accent 5"/>
    <w:basedOn w:val="Tabe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mentoClaro-nfase6">
    <w:name w:val="Light Shading Accent 6"/>
    <w:basedOn w:val="Tabe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ela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e1">
    <w:name w:val="Light List Accent 1"/>
    <w:basedOn w:val="Tabela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e2">
    <w:name w:val="Light List Accent 2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e3">
    <w:name w:val="Light List Accent 3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e4">
    <w:name w:val="Light List Accent 4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e5">
    <w:name w:val="Light List Accent 5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e6">
    <w:name w:val="Light List Accent 6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adeClara">
    <w:name w:val="Light Grid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adeClara-nfase1">
    <w:name w:val="Light Grid Accent 1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adeClara-nfase2">
    <w:name w:val="Light Grid Accent 2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adeClara-nfase3">
    <w:name w:val="Light Grid Accent 3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adeClara-nfase4">
    <w:name w:val="Light Grid Accent 4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adeClara-nfase5">
    <w:name w:val="Light Grid Accent 5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adeClara-nfase6">
    <w:name w:val="Light Grid Accent 6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mentoMdio1">
    <w:name w:val="Medium Shading 1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1">
    <w:name w:val="Medium Shading 1 Accent 1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2">
    <w:name w:val="Medium Shading 1 Accent 2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3">
    <w:name w:val="Medium Shading 1 Accent 3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4">
    <w:name w:val="Medium Shading 1 Accent 4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5">
    <w:name w:val="Medium Shading 1 Accent 5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6">
    <w:name w:val="Medium Shading 1 Accent 6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2">
    <w:name w:val="Medium Shading 2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1">
    <w:name w:val="Medium Shading 2 Accent 1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2">
    <w:name w:val="Medium Shading 2 Accent 2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3">
    <w:name w:val="Medium Shading 2 Accent 3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4">
    <w:name w:val="Medium Shading 2 Accent 4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5">
    <w:name w:val="Medium Shading 2 Accent 5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6">
    <w:name w:val="Medium Shading 2 Accent 6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dia1">
    <w:name w:val="Medium List 1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dia1-nfase1">
    <w:name w:val="Medium List 1 Accent 1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dia1-nfase2">
    <w:name w:val="Medium List 1 Accent 2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dia1-nfase3">
    <w:name w:val="Medium List 1 Accent 3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dia1-nfase4">
    <w:name w:val="Medium List 1 Accent 4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dia1-nfase5">
    <w:name w:val="Medium List 1 Accent 5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dia1-nfase6">
    <w:name w:val="Medium List 1 Accent 6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dia2">
    <w:name w:val="Medium List 2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1">
    <w:name w:val="Medium List 2 Accent 1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2">
    <w:name w:val="Medium List 2 Accent 2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3">
    <w:name w:val="Medium List 2 Accent 3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4">
    <w:name w:val="Medium List 2 Accent 4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5">
    <w:name w:val="Medium List 2 Accent 5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6">
    <w:name w:val="Medium List 2 Accent 6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adeMdia1">
    <w:name w:val="Medium Grid 1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adeMdia1-nfase1">
    <w:name w:val="Medium Grid 1 Accent 1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adeMdia1-nfase2">
    <w:name w:val="Medium Grid 1 Accent 2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adeMdia1-nfase3">
    <w:name w:val="Medium Grid 1 Accent 3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adeMdia1-nfase4">
    <w:name w:val="Medium Grid 1 Accent 4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adeMdia1-nfase5">
    <w:name w:val="Medium Grid 1 Accent 5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adeMdia1-nfase6">
    <w:name w:val="Medium Grid 1 Accent 6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adeMdia2">
    <w:name w:val="Medium Grid 2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1">
    <w:name w:val="Medium Grid 2 Accent 1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2">
    <w:name w:val="Medium Grid 2 Accent 2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3">
    <w:name w:val="Medium Grid 2 Accent 3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4">
    <w:name w:val="Medium Grid 2 Accent 4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5">
    <w:name w:val="Medium Grid 2 Accent 5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6">
    <w:name w:val="Medium Grid 2 Accent 6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3">
    <w:name w:val="Medium Grid 3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adeMdia3-nfase1">
    <w:name w:val="Medium Grid 3 Accent 1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adeMdia3-nfase2">
    <w:name w:val="Medium Grid 3 Accent 2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adeMdia3-nfase3">
    <w:name w:val="Medium Grid 3 Accent 3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adeMdia3-nfase4">
    <w:name w:val="Medium Grid 3 Accent 4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adeMdia3-nfase5">
    <w:name w:val="Medium Grid 3 Accent 5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adeMdia3-nfase6">
    <w:name w:val="Medium Grid 3 Accent 6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Escura">
    <w:name w:val="Dark List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Escura-nfase1">
    <w:name w:val="Dark List Accent 1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Escura-nfase2">
    <w:name w:val="Dark List Accent 2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Escura-nfase3">
    <w:name w:val="Dark List Accent 3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Escura-nfase4">
    <w:name w:val="Dark List Accent 4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Escura-nfase5">
    <w:name w:val="Dark List Accent 5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Escura-nfase6">
    <w:name w:val="Dark List Accent 6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mentoColorido">
    <w:name w:val="Colorful Shading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Escuro-nfase1">
    <w:name w:val="Colorful Shading Accent 1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2">
    <w:name w:val="Colorful Shading Accent 2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3">
    <w:name w:val="Colorful Shading Accent 3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mentoColorido-nfase4">
    <w:name w:val="Colorful Shading Accent 4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5">
    <w:name w:val="Colorful Shading Accent 5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6">
    <w:name w:val="Colorful Shading Accent 6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Colorida">
    <w:name w:val="Colorful List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Colorida-nfase1">
    <w:name w:val="Colorful List Accent 1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Colorida-nfase2">
    <w:name w:val="Colorful List Accent 2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Colorida-nfase3">
    <w:name w:val="Colorful List Accent 3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Colorida-nfase4">
    <w:name w:val="Colorful List Accent 4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Colorida-nfase5">
    <w:name w:val="Colorful List Accent 5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Colorida-nfase6">
    <w:name w:val="Colorful List Accent 6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adeColorida">
    <w:name w:val="Colorful Grid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adeColorida-nfase1">
    <w:name w:val="Colorful Grid Accent 1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adeColorida-nfase2">
    <w:name w:val="Colorful Grid Accent 2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adeColorida-nfase3">
    <w:name w:val="Colorful Grid Accent 3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adeColorida-nfase4">
    <w:name w:val="Colorful Grid Accent 4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adeColorida-nfase5">
    <w:name w:val="Colorful Grid Accent 5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adeColorida-nfase6">
    <w:name w:val="Colorful Grid Accent 6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F0E81B39-FE91-459F-AFC9-813CD94F11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92</Words>
  <Characters>498</Characters>
  <Application>Microsoft Office Word</Application>
  <DocSecurity>0</DocSecurity>
  <Lines>4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589</CharactersWithSpaces>
  <SharedDoc>false</SharedDoc>
  <HyperlinkBase/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Elizabeth Costa Rezende</cp:lastModifiedBy>
  <cp:revision>8</cp:revision>
  <dcterms:created xsi:type="dcterms:W3CDTF">2026-03-23T19:41:00Z</dcterms:created>
  <dcterms:modified xsi:type="dcterms:W3CDTF">2026-03-24T19:24:00Z</dcterms:modified>
  <cp:category/>
</cp:coreProperties>
</file>