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EB4" w:rsidRPr="005D7EA2" w:rsidRDefault="00255EB4">
      <w:pPr>
        <w:jc w:val="center"/>
        <w:rPr>
          <w:rFonts w:ascii="Arial Unicode MS" w:eastAsia="Arial Unicode MS" w:hAnsi="Arial Unicode MS" w:cs="Arial Unicode MS"/>
          <w:sz w:val="20"/>
          <w:szCs w:val="20"/>
        </w:rPr>
      </w:pPr>
    </w:p>
    <w:p w:rsidR="00114E0A" w:rsidRPr="005D7EA2" w:rsidRDefault="00255EB4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I</w:t>
      </w:r>
      <w:r w:rsidR="000D0AC9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 – DADOS DO CONVÊNIO / ACORDO / CONTRATO</w:t>
      </w:r>
    </w:p>
    <w:tbl>
      <w:tblPr>
        <w:tblStyle w:val="Tabelacomgrade"/>
        <w:tblW w:w="889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510"/>
        <w:gridCol w:w="5387"/>
      </w:tblGrid>
      <w:tr w:rsidR="00114E0A" w:rsidRPr="005D7EA2" w:rsidTr="00255EB4">
        <w:tc>
          <w:tcPr>
            <w:tcW w:w="3510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Instrumento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</w:p>
        </w:tc>
        <w:tc>
          <w:tcPr>
            <w:tcW w:w="5387" w:type="dxa"/>
          </w:tcPr>
          <w:p w:rsidR="00114E0A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(nº do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convênio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/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acordo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/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contrato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</w:tr>
      <w:tr w:rsidR="00114E0A" w:rsidRPr="005D7EA2" w:rsidTr="00255EB4">
        <w:tc>
          <w:tcPr>
            <w:tcW w:w="3510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Título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do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Projeto</w:t>
            </w:r>
            <w:proofErr w:type="spellEnd"/>
          </w:p>
        </w:tc>
        <w:tc>
          <w:tcPr>
            <w:tcW w:w="5387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3510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Nome do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Coordenador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do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Projeto</w:t>
            </w:r>
            <w:proofErr w:type="spellEnd"/>
          </w:p>
        </w:tc>
        <w:tc>
          <w:tcPr>
            <w:tcW w:w="5387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3510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Departamento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/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Unidade</w:t>
            </w:r>
            <w:proofErr w:type="spellEnd"/>
          </w:p>
        </w:tc>
        <w:tc>
          <w:tcPr>
            <w:tcW w:w="5387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114E0A" w:rsidRPr="005D7EA2" w:rsidRDefault="000D0AC9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II – DADOS DO BOLSISTA</w:t>
      </w:r>
    </w:p>
    <w:tbl>
      <w:tblPr>
        <w:tblStyle w:val="Tabelacomgrade"/>
        <w:tblW w:w="889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085"/>
        <w:gridCol w:w="5812"/>
      </w:tblGrid>
      <w:tr w:rsidR="00114E0A" w:rsidRPr="005D7EA2" w:rsidTr="00255EB4">
        <w:tc>
          <w:tcPr>
            <w:tcW w:w="3085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Nome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completo</w:t>
            </w:r>
            <w:proofErr w:type="spellEnd"/>
          </w:p>
        </w:tc>
        <w:tc>
          <w:tcPr>
            <w:tcW w:w="5812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3085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Data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nascimento</w:t>
            </w:r>
            <w:proofErr w:type="spellEnd"/>
          </w:p>
        </w:tc>
        <w:tc>
          <w:tcPr>
            <w:tcW w:w="5812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6B5CB9" w:rsidRPr="005D7EA2" w:rsidTr="00255EB4">
        <w:tc>
          <w:tcPr>
            <w:tcW w:w="3085" w:type="dxa"/>
          </w:tcPr>
          <w:p w:rsidR="006B5CB9" w:rsidRPr="005D7EA2" w:rsidRDefault="006B5CB9" w:rsidP="00A06D2C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Nacionalidade</w:t>
            </w:r>
            <w:proofErr w:type="spellEnd"/>
          </w:p>
        </w:tc>
        <w:tc>
          <w:tcPr>
            <w:tcW w:w="5812" w:type="dxa"/>
          </w:tcPr>
          <w:p w:rsidR="006B5CB9" w:rsidRPr="005D7EA2" w:rsidRDefault="006B5CB9" w:rsidP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3085" w:type="dxa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CPF</w:t>
            </w:r>
          </w:p>
        </w:tc>
        <w:tc>
          <w:tcPr>
            <w:tcW w:w="5812" w:type="dxa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3085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Documento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Identidade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(RG)</w:t>
            </w:r>
          </w:p>
        </w:tc>
        <w:tc>
          <w:tcPr>
            <w:tcW w:w="5812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6B5CB9" w:rsidRPr="005D7EA2" w:rsidTr="00255EB4">
        <w:tc>
          <w:tcPr>
            <w:tcW w:w="3085" w:type="dxa"/>
          </w:tcPr>
          <w:p w:rsidR="006B5CB9" w:rsidRPr="005D7EA2" w:rsidRDefault="006B5CB9" w:rsidP="00A06D2C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8B78C4">
              <w:rPr>
                <w:rFonts w:ascii="Arial Unicode MS" w:eastAsia="Arial Unicode MS" w:hAnsi="Arial Unicode MS" w:cs="Arial Unicode MS"/>
                <w:sz w:val="20"/>
                <w:szCs w:val="20"/>
              </w:rPr>
              <w:t>Passaporte</w:t>
            </w:r>
            <w:proofErr w:type="spellEnd"/>
            <w:r w:rsidRPr="008B78C4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r w:rsidRPr="008B78C4">
              <w:rPr>
                <w:rFonts w:ascii="Arial Unicode MS" w:eastAsia="Arial Unicode MS" w:hAnsi="Arial Unicode MS" w:cs="Arial Unicode MS"/>
                <w:sz w:val="16"/>
                <w:szCs w:val="16"/>
              </w:rPr>
              <w:t>(</w:t>
            </w:r>
            <w:proofErr w:type="spellStart"/>
            <w:r w:rsidRPr="008B78C4">
              <w:rPr>
                <w:rFonts w:ascii="Arial Unicode MS" w:eastAsia="Arial Unicode MS" w:hAnsi="Arial Unicode MS" w:cs="Arial Unicode MS"/>
                <w:sz w:val="16"/>
                <w:szCs w:val="16"/>
              </w:rPr>
              <w:t>caso</w:t>
            </w:r>
            <w:proofErr w:type="spellEnd"/>
            <w:r w:rsidRPr="008B78C4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</w:t>
            </w:r>
            <w:proofErr w:type="spellStart"/>
            <w:r w:rsidRPr="008B78C4">
              <w:rPr>
                <w:rFonts w:ascii="Arial Unicode MS" w:eastAsia="Arial Unicode MS" w:hAnsi="Arial Unicode MS" w:cs="Arial Unicode MS"/>
                <w:sz w:val="16"/>
                <w:szCs w:val="16"/>
              </w:rPr>
              <w:t>seja</w:t>
            </w:r>
            <w:proofErr w:type="spellEnd"/>
            <w:r w:rsidRPr="008B78C4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</w:t>
            </w:r>
            <w:proofErr w:type="spellStart"/>
            <w:r w:rsidRPr="008B78C4">
              <w:rPr>
                <w:rFonts w:ascii="Arial Unicode MS" w:eastAsia="Arial Unicode MS" w:hAnsi="Arial Unicode MS" w:cs="Arial Unicode MS"/>
                <w:sz w:val="16"/>
                <w:szCs w:val="16"/>
              </w:rPr>
              <w:t>estrangeiro</w:t>
            </w:r>
            <w:proofErr w:type="spellEnd"/>
            <w:r w:rsidRPr="008B78C4">
              <w:rPr>
                <w:rFonts w:ascii="Arial Unicode MS" w:eastAsia="Arial Unicode MS" w:hAnsi="Arial Unicode MS" w:cs="Arial Unicode MS"/>
                <w:sz w:val="16"/>
                <w:szCs w:val="16"/>
              </w:rPr>
              <w:t>)</w:t>
            </w:r>
          </w:p>
        </w:tc>
        <w:tc>
          <w:tcPr>
            <w:tcW w:w="5812" w:type="dxa"/>
          </w:tcPr>
          <w:p w:rsidR="006B5CB9" w:rsidRPr="005D7EA2" w:rsidRDefault="006B5CB9" w:rsidP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3085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Endereço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completo</w:t>
            </w:r>
            <w:proofErr w:type="spellEnd"/>
          </w:p>
        </w:tc>
        <w:tc>
          <w:tcPr>
            <w:tcW w:w="5812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3085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Telefone</w:t>
            </w:r>
            <w:proofErr w:type="spellEnd"/>
          </w:p>
        </w:tc>
        <w:tc>
          <w:tcPr>
            <w:tcW w:w="5812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3085" w:type="dxa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Estado civil</w:t>
            </w:r>
          </w:p>
        </w:tc>
        <w:tc>
          <w:tcPr>
            <w:tcW w:w="5812" w:type="dxa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3085" w:type="dxa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E-mail</w:t>
            </w:r>
          </w:p>
        </w:tc>
        <w:tc>
          <w:tcPr>
            <w:tcW w:w="5812" w:type="dxa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3085" w:type="dxa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nascimento</w:t>
            </w:r>
            <w:proofErr w:type="spellEnd"/>
          </w:p>
        </w:tc>
        <w:tc>
          <w:tcPr>
            <w:tcW w:w="5812" w:type="dxa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3085" w:type="dxa"/>
          </w:tcPr>
          <w:p w:rsidR="00114E0A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Raça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/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</w:p>
        </w:tc>
        <w:tc>
          <w:tcPr>
            <w:tcW w:w="5812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3085" w:type="dxa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Sexo</w:t>
            </w:r>
            <w:proofErr w:type="spellEnd"/>
          </w:p>
        </w:tc>
        <w:tc>
          <w:tcPr>
            <w:tcW w:w="5812" w:type="dxa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rPr>
          <w:trHeight w:val="70"/>
        </w:trPr>
        <w:tc>
          <w:tcPr>
            <w:tcW w:w="3085" w:type="dxa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Grau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instrução</w:t>
            </w:r>
            <w:proofErr w:type="spellEnd"/>
          </w:p>
        </w:tc>
        <w:tc>
          <w:tcPr>
            <w:tcW w:w="5812" w:type="dxa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114E0A" w:rsidRPr="005D7EA2" w:rsidRDefault="00255EB4">
      <w:pPr>
        <w:pStyle w:val="Ttulo2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II.1 - </w:t>
      </w:r>
      <w:r w:rsidR="000D0AC9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Dados </w:t>
      </w:r>
      <w:proofErr w:type="spellStart"/>
      <w:r w:rsidR="000D0AC9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Bancários</w:t>
      </w:r>
      <w:proofErr w:type="spellEnd"/>
      <w:r w:rsidR="000D0AC9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 para </w:t>
      </w:r>
      <w:proofErr w:type="spellStart"/>
      <w:r w:rsidR="000D0AC9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Pagamento</w:t>
      </w:r>
      <w:proofErr w:type="spellEnd"/>
      <w:r w:rsidR="000D0AC9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 da </w:t>
      </w:r>
      <w:proofErr w:type="spellStart"/>
      <w:r w:rsidR="000D0AC9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Bolsa</w:t>
      </w:r>
      <w:proofErr w:type="spellEnd"/>
    </w:p>
    <w:tbl>
      <w:tblPr>
        <w:tblStyle w:val="Tabelacomgrade"/>
        <w:tblW w:w="5171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731"/>
        <w:gridCol w:w="6194"/>
      </w:tblGrid>
      <w:tr w:rsidR="00255EB4" w:rsidRPr="005D7EA2" w:rsidTr="00B71C23">
        <w:tc>
          <w:tcPr>
            <w:tcW w:w="1530" w:type="pct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Banco</w:t>
            </w:r>
          </w:p>
        </w:tc>
        <w:tc>
          <w:tcPr>
            <w:tcW w:w="3470" w:type="pct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B71C23">
        <w:tc>
          <w:tcPr>
            <w:tcW w:w="1530" w:type="pct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Agência</w:t>
            </w:r>
            <w:proofErr w:type="spellEnd"/>
          </w:p>
        </w:tc>
        <w:tc>
          <w:tcPr>
            <w:tcW w:w="3470" w:type="pct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B71C23">
        <w:tc>
          <w:tcPr>
            <w:tcW w:w="1530" w:type="pct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Conta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Corrente</w:t>
            </w:r>
            <w:proofErr w:type="spellEnd"/>
          </w:p>
        </w:tc>
        <w:tc>
          <w:tcPr>
            <w:tcW w:w="3470" w:type="pct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B71C23">
        <w:tc>
          <w:tcPr>
            <w:tcW w:w="1530" w:type="pct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da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Agência</w:t>
            </w:r>
            <w:proofErr w:type="spellEnd"/>
          </w:p>
        </w:tc>
        <w:tc>
          <w:tcPr>
            <w:tcW w:w="3470" w:type="pct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5D7EA2" w:rsidRDefault="005D7EA2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</w:p>
    <w:p w:rsidR="00114E0A" w:rsidRPr="005D7EA2" w:rsidRDefault="000D0AC9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III – VÍNCULO INSTITUCIONAL</w:t>
      </w:r>
    </w:p>
    <w:tbl>
      <w:tblPr>
        <w:tblStyle w:val="Tabelacomgrade"/>
        <w:tblW w:w="889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18"/>
        <w:gridCol w:w="6379"/>
      </w:tblGrid>
      <w:tr w:rsidR="00114E0A" w:rsidRPr="005D7EA2" w:rsidTr="00255EB4">
        <w:tc>
          <w:tcPr>
            <w:tcW w:w="2518" w:type="dxa"/>
          </w:tcPr>
          <w:p w:rsidR="00114E0A" w:rsidRPr="005D7EA2" w:rsidRDefault="000D0AC9" w:rsidP="00A06D2C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Instituição</w:t>
            </w:r>
            <w:proofErr w:type="spellEnd"/>
          </w:p>
        </w:tc>
        <w:tc>
          <w:tcPr>
            <w:tcW w:w="6379" w:type="dxa"/>
          </w:tcPr>
          <w:p w:rsidR="00114E0A" w:rsidRPr="005D7EA2" w:rsidRDefault="000D0AC9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Universidade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Federal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Lavras</w:t>
            </w:r>
            <w:proofErr w:type="spellEnd"/>
          </w:p>
        </w:tc>
      </w:tr>
      <w:tr w:rsidR="00114E0A" w:rsidRPr="005D7EA2" w:rsidTr="00255EB4">
        <w:tc>
          <w:tcPr>
            <w:tcW w:w="2518" w:type="dxa"/>
          </w:tcPr>
          <w:p w:rsidR="00114E0A" w:rsidRPr="005D7EA2" w:rsidRDefault="000D0AC9" w:rsidP="00A06D2C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Curso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/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Programa</w:t>
            </w:r>
            <w:proofErr w:type="spellEnd"/>
          </w:p>
        </w:tc>
        <w:tc>
          <w:tcPr>
            <w:tcW w:w="6379" w:type="dxa"/>
          </w:tcPr>
          <w:p w:rsidR="00114E0A" w:rsidRPr="005D7EA2" w:rsidRDefault="00114E0A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2518" w:type="dxa"/>
          </w:tcPr>
          <w:p w:rsidR="00114E0A" w:rsidRPr="005D7EA2" w:rsidRDefault="00255EB4" w:rsidP="00A06D2C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Número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Matrícula</w:t>
            </w:r>
            <w:proofErr w:type="spellEnd"/>
          </w:p>
        </w:tc>
        <w:tc>
          <w:tcPr>
            <w:tcW w:w="6379" w:type="dxa"/>
          </w:tcPr>
          <w:p w:rsidR="00114E0A" w:rsidRPr="005D7EA2" w:rsidRDefault="00114E0A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2518" w:type="dxa"/>
          </w:tcPr>
          <w:p w:rsidR="00255EB4" w:rsidRPr="005D7EA2" w:rsidRDefault="00255EB4" w:rsidP="00A06D2C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Endereço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institucional</w:t>
            </w:r>
            <w:proofErr w:type="spellEnd"/>
          </w:p>
        </w:tc>
        <w:tc>
          <w:tcPr>
            <w:tcW w:w="6379" w:type="dxa"/>
          </w:tcPr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2518" w:type="dxa"/>
          </w:tcPr>
          <w:p w:rsidR="00255EB4" w:rsidRPr="005D7EA2" w:rsidRDefault="00255EB4" w:rsidP="00A06D2C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CEP</w:t>
            </w:r>
          </w:p>
        </w:tc>
        <w:tc>
          <w:tcPr>
            <w:tcW w:w="6379" w:type="dxa"/>
          </w:tcPr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2518" w:type="dxa"/>
          </w:tcPr>
          <w:p w:rsidR="00255EB4" w:rsidRPr="005D7EA2" w:rsidRDefault="00255EB4" w:rsidP="00A06D2C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/ Estado</w:t>
            </w:r>
          </w:p>
        </w:tc>
        <w:tc>
          <w:tcPr>
            <w:tcW w:w="6379" w:type="dxa"/>
          </w:tcPr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114E0A" w:rsidRPr="005D7EA2" w:rsidRDefault="000D0AC9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IV – MODALIDADE, VALOR E VIGÊNCIA DA BOLSA</w:t>
      </w:r>
    </w:p>
    <w:tbl>
      <w:tblPr>
        <w:tblStyle w:val="Tabelacomgrade"/>
        <w:tblW w:w="889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17"/>
        <w:gridCol w:w="8080"/>
      </w:tblGrid>
      <w:tr w:rsidR="00255EB4" w:rsidRPr="005D7EA2" w:rsidTr="00A06D2C">
        <w:tc>
          <w:tcPr>
            <w:tcW w:w="8897" w:type="dxa"/>
            <w:gridSpan w:val="2"/>
          </w:tcPr>
          <w:p w:rsidR="00255EB4" w:rsidRPr="005D7EA2" w:rsidRDefault="00255EB4" w:rsidP="00A06D2C">
            <w:pPr>
              <w:spacing w:line="276" w:lineRule="auto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Modalidade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da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Bolsa</w:t>
            </w:r>
            <w:proofErr w:type="spellEnd"/>
          </w:p>
        </w:tc>
      </w:tr>
      <w:tr w:rsidR="00842948" w:rsidRPr="005D7EA2" w:rsidTr="00A06D2C">
        <w:tc>
          <w:tcPr>
            <w:tcW w:w="817" w:type="dxa"/>
          </w:tcPr>
          <w:p w:rsidR="00842948" w:rsidRPr="005D7EA2" w:rsidRDefault="00842948" w:rsidP="008429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842948" w:rsidRPr="005D7EA2" w:rsidRDefault="00842948" w:rsidP="001A7612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Discente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>Estágio</w:t>
            </w:r>
            <w:proofErr w:type="spellEnd"/>
          </w:p>
        </w:tc>
      </w:tr>
      <w:tr w:rsidR="00842948" w:rsidRPr="005D7EA2" w:rsidTr="00A06D2C">
        <w:tc>
          <w:tcPr>
            <w:tcW w:w="817" w:type="dxa"/>
          </w:tcPr>
          <w:p w:rsidR="00842948" w:rsidRPr="005D7EA2" w:rsidRDefault="00842948" w:rsidP="008429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842948" w:rsidRDefault="00842948" w:rsidP="00842948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Discente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Graduação</w:t>
            </w:r>
            <w:proofErr w:type="spellEnd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(</w:t>
            </w:r>
            <w:proofErr w:type="spellStart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>ensino</w:t>
            </w:r>
            <w:proofErr w:type="spellEnd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, </w:t>
            </w:r>
            <w:proofErr w:type="spellStart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>pesquisa</w:t>
            </w:r>
            <w:proofErr w:type="spellEnd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, </w:t>
            </w:r>
            <w:proofErr w:type="spellStart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>extensão</w:t>
            </w:r>
            <w:proofErr w:type="spellEnd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, </w:t>
            </w:r>
            <w:proofErr w:type="spellStart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>iniciação</w:t>
            </w:r>
            <w:proofErr w:type="spellEnd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>científica</w:t>
            </w:r>
            <w:proofErr w:type="spellEnd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</w:tr>
      <w:tr w:rsidR="00842948" w:rsidRPr="005D7EA2" w:rsidTr="00A06D2C">
        <w:tc>
          <w:tcPr>
            <w:tcW w:w="817" w:type="dxa"/>
          </w:tcPr>
          <w:p w:rsidR="00842948" w:rsidRPr="005D7EA2" w:rsidRDefault="00842948" w:rsidP="008429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842948" w:rsidRPr="005D7EA2" w:rsidRDefault="00842948" w:rsidP="008429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Discente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Pós-Graduação</w:t>
            </w:r>
            <w:proofErr w:type="spellEnd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(</w:t>
            </w:r>
            <w:proofErr w:type="spellStart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>especialização</w:t>
            </w:r>
            <w:proofErr w:type="spellEnd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, MBA, </w:t>
            </w:r>
            <w:proofErr w:type="spellStart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>residência</w:t>
            </w:r>
            <w:proofErr w:type="spellEnd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</w:tr>
      <w:tr w:rsidR="00842948" w:rsidRPr="005D7EA2" w:rsidTr="00A06D2C">
        <w:tc>
          <w:tcPr>
            <w:tcW w:w="817" w:type="dxa"/>
          </w:tcPr>
          <w:p w:rsidR="00842948" w:rsidRPr="005D7EA2" w:rsidRDefault="00842948" w:rsidP="008429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842948" w:rsidRPr="005D7EA2" w:rsidRDefault="00842948" w:rsidP="008429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Discente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Mestrado</w:t>
            </w:r>
            <w:proofErr w:type="spellEnd"/>
          </w:p>
        </w:tc>
      </w:tr>
      <w:tr w:rsidR="00842948" w:rsidRPr="005D7EA2" w:rsidTr="00A06D2C">
        <w:tc>
          <w:tcPr>
            <w:tcW w:w="817" w:type="dxa"/>
          </w:tcPr>
          <w:p w:rsidR="00842948" w:rsidRPr="005D7EA2" w:rsidRDefault="00842948" w:rsidP="008429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842948" w:rsidRPr="005D7EA2" w:rsidRDefault="00842948" w:rsidP="008429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Discente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Doutorado</w:t>
            </w:r>
            <w:proofErr w:type="spellEnd"/>
          </w:p>
        </w:tc>
        <w:bookmarkStart w:id="0" w:name="_GoBack"/>
        <w:bookmarkEnd w:id="0"/>
      </w:tr>
      <w:tr w:rsidR="00842948" w:rsidRPr="005D7EA2" w:rsidTr="00A06D2C">
        <w:tc>
          <w:tcPr>
            <w:tcW w:w="817" w:type="dxa"/>
          </w:tcPr>
          <w:p w:rsidR="00842948" w:rsidRPr="005D7EA2" w:rsidRDefault="00842948" w:rsidP="008429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842948" w:rsidRPr="005D7EA2" w:rsidRDefault="00842948" w:rsidP="008429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Discente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Pós-Doutorado</w:t>
            </w:r>
            <w:proofErr w:type="spellEnd"/>
          </w:p>
        </w:tc>
      </w:tr>
      <w:tr w:rsidR="00842948" w:rsidRPr="005D7EA2" w:rsidTr="00A06D2C">
        <w:tc>
          <w:tcPr>
            <w:tcW w:w="817" w:type="dxa"/>
          </w:tcPr>
          <w:p w:rsidR="00842948" w:rsidRPr="005D7EA2" w:rsidRDefault="00842948" w:rsidP="008429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842948" w:rsidRPr="005D7EA2" w:rsidRDefault="00842948" w:rsidP="008429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Apoio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Técnico</w:t>
            </w:r>
            <w:proofErr w:type="spellEnd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="001A7612">
              <w:rPr>
                <w:rFonts w:ascii="Arial Unicode MS" w:eastAsia="Arial Unicode MS" w:hAnsi="Arial Unicode MS" w:cs="Arial Unicode MS"/>
                <w:sz w:val="20"/>
                <w:szCs w:val="20"/>
              </w:rPr>
              <w:t>Externo</w:t>
            </w:r>
            <w:proofErr w:type="spellEnd"/>
          </w:p>
        </w:tc>
      </w:tr>
      <w:tr w:rsidR="00842948" w:rsidRPr="005D7EA2" w:rsidTr="00A06D2C">
        <w:tc>
          <w:tcPr>
            <w:tcW w:w="817" w:type="dxa"/>
          </w:tcPr>
          <w:p w:rsidR="00842948" w:rsidRPr="005D7EA2" w:rsidRDefault="00842948" w:rsidP="00842948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842948" w:rsidRPr="005D7EA2" w:rsidRDefault="00842948" w:rsidP="00842948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Docente</w:t>
            </w:r>
            <w:proofErr w:type="spellEnd"/>
          </w:p>
        </w:tc>
      </w:tr>
      <w:tr w:rsidR="001A7612" w:rsidRPr="005D7EA2" w:rsidTr="00A06D2C">
        <w:tc>
          <w:tcPr>
            <w:tcW w:w="817" w:type="dxa"/>
          </w:tcPr>
          <w:p w:rsidR="001A7612" w:rsidRPr="005D7EA2" w:rsidRDefault="001A7612" w:rsidP="001A7612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1A7612" w:rsidRDefault="001A7612" w:rsidP="001A7612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Técnico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Administrativo</w:t>
            </w:r>
            <w:proofErr w:type="spellEnd"/>
          </w:p>
        </w:tc>
      </w:tr>
      <w:tr w:rsidR="001A7612" w:rsidRPr="005D7EA2" w:rsidTr="00A06D2C">
        <w:tc>
          <w:tcPr>
            <w:tcW w:w="817" w:type="dxa"/>
          </w:tcPr>
          <w:p w:rsidR="001A7612" w:rsidRDefault="001A7612" w:rsidP="001A7612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1A7612" w:rsidRDefault="001A7612" w:rsidP="001A7612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Pesquisador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/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Extencionista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Externo</w:t>
            </w:r>
            <w:proofErr w:type="spellEnd"/>
          </w:p>
        </w:tc>
      </w:tr>
      <w:tr w:rsidR="001A7612" w:rsidRPr="005D7EA2" w:rsidTr="00AA520C">
        <w:tc>
          <w:tcPr>
            <w:tcW w:w="8897" w:type="dxa"/>
            <w:gridSpan w:val="2"/>
          </w:tcPr>
          <w:p w:rsidR="001A7612" w:rsidRPr="005D7EA2" w:rsidRDefault="001A7612" w:rsidP="001A7612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Valor mensal: R$                           (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descrever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valor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por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extenso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</w:tr>
    </w:tbl>
    <w:p w:rsidR="00A06D2C" w:rsidRPr="005D7EA2" w:rsidRDefault="00A06D2C" w:rsidP="00A06D2C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IV – MODALIDADE, VALOR E VIGÊNCIA DA BOLSA</w:t>
      </w:r>
    </w:p>
    <w:tbl>
      <w:tblPr>
        <w:tblStyle w:val="Tabelacomgrade"/>
        <w:tblW w:w="889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76"/>
        <w:gridCol w:w="6521"/>
      </w:tblGrid>
      <w:tr w:rsidR="00A06D2C" w:rsidRPr="005D7EA2" w:rsidTr="00A06D2C">
        <w:tc>
          <w:tcPr>
            <w:tcW w:w="2376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Carga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horária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semanal</w:t>
            </w:r>
            <w:proofErr w:type="spellEnd"/>
          </w:p>
        </w:tc>
        <w:tc>
          <w:tcPr>
            <w:tcW w:w="6521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A06D2C" w:rsidRPr="005D7EA2" w:rsidTr="00A06D2C">
        <w:tc>
          <w:tcPr>
            <w:tcW w:w="2376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Quantidade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meses</w:t>
            </w:r>
            <w:proofErr w:type="spellEnd"/>
          </w:p>
        </w:tc>
        <w:tc>
          <w:tcPr>
            <w:tcW w:w="6521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A06D2C" w:rsidRPr="005D7EA2" w:rsidTr="004D14CD">
        <w:tc>
          <w:tcPr>
            <w:tcW w:w="8897" w:type="dxa"/>
            <w:gridSpan w:val="2"/>
          </w:tcPr>
          <w:p w:rsidR="00A06D2C" w:rsidRPr="005D7EA2" w:rsidRDefault="00973B48" w:rsidP="00973B48">
            <w:pPr>
              <w:spacing w:line="276" w:lineRule="auto"/>
              <w:jc w:val="center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V</w:t>
            </w:r>
            <w:r w:rsidR="00A06D2C"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igência</w:t>
            </w:r>
            <w:proofErr w:type="spellEnd"/>
            <w:r w:rsidR="00A06D2C"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 xml:space="preserve"> da </w:t>
            </w:r>
            <w:proofErr w:type="spellStart"/>
            <w:r w:rsidR="00A06D2C"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bolsa</w:t>
            </w:r>
            <w:proofErr w:type="spellEnd"/>
          </w:p>
        </w:tc>
      </w:tr>
      <w:tr w:rsidR="00A06D2C" w:rsidRPr="005D7EA2" w:rsidTr="00A06D2C">
        <w:tc>
          <w:tcPr>
            <w:tcW w:w="2376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Data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início</w:t>
            </w:r>
            <w:proofErr w:type="spellEnd"/>
          </w:p>
        </w:tc>
        <w:tc>
          <w:tcPr>
            <w:tcW w:w="6521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A06D2C" w:rsidRPr="005D7EA2" w:rsidTr="00A06D2C">
        <w:tc>
          <w:tcPr>
            <w:tcW w:w="2376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Data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término</w:t>
            </w:r>
            <w:proofErr w:type="spellEnd"/>
          </w:p>
        </w:tc>
        <w:tc>
          <w:tcPr>
            <w:tcW w:w="6521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A06D2C" w:rsidRPr="005D7EA2" w:rsidTr="00A06D2C">
        <w:tc>
          <w:tcPr>
            <w:tcW w:w="2376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Valor total a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receber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</w:p>
        </w:tc>
        <w:tc>
          <w:tcPr>
            <w:tcW w:w="6521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R$                             (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descrever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valor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por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extenso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</w:tr>
      <w:tr w:rsidR="00A06D2C" w:rsidRPr="005D7EA2" w:rsidTr="00A06D2C">
        <w:tc>
          <w:tcPr>
            <w:tcW w:w="2376" w:type="dxa"/>
          </w:tcPr>
          <w:p w:rsidR="00A06D2C" w:rsidRPr="005D7EA2" w:rsidRDefault="00973B48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Vigência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do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projeto</w:t>
            </w:r>
            <w:proofErr w:type="spellEnd"/>
          </w:p>
        </w:tc>
        <w:tc>
          <w:tcPr>
            <w:tcW w:w="6521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B71C23" w:rsidRDefault="00B71C23" w:rsidP="00BA5934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</w:p>
    <w:p w:rsidR="00BA5934" w:rsidRPr="005D7EA2" w:rsidRDefault="00BA5934" w:rsidP="00BA5934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V – </w:t>
      </w:r>
      <w:r>
        <w:rPr>
          <w:rFonts w:ascii="Arial Unicode MS" w:eastAsia="Arial Unicode MS" w:hAnsi="Arial Unicode MS" w:cs="Arial Unicode MS"/>
          <w:color w:val="auto"/>
          <w:sz w:val="20"/>
          <w:szCs w:val="20"/>
        </w:rPr>
        <w:t>TIPO DO PAGAMENTO</w:t>
      </w:r>
    </w:p>
    <w:tbl>
      <w:tblPr>
        <w:tblStyle w:val="Tabelacomgrade"/>
        <w:tblW w:w="889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17"/>
        <w:gridCol w:w="8080"/>
      </w:tblGrid>
      <w:tr w:rsidR="00BA5934" w:rsidRPr="005D7EA2" w:rsidTr="00786E70">
        <w:tc>
          <w:tcPr>
            <w:tcW w:w="8897" w:type="dxa"/>
            <w:gridSpan w:val="2"/>
          </w:tcPr>
          <w:p w:rsidR="00BA5934" w:rsidRPr="005D7EA2" w:rsidRDefault="00B71C23" w:rsidP="00786E70">
            <w:pPr>
              <w:spacing w:line="276" w:lineRule="auto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Conforme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aprovado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no Plano de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Trabalho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ou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Termo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Outorga</w:t>
            </w:r>
            <w:proofErr w:type="spellEnd"/>
          </w:p>
        </w:tc>
      </w:tr>
      <w:tr w:rsidR="00BA5934" w:rsidRPr="005D7EA2" w:rsidTr="00786E70">
        <w:tc>
          <w:tcPr>
            <w:tcW w:w="817" w:type="dxa"/>
          </w:tcPr>
          <w:p w:rsidR="00BA5934" w:rsidRPr="005D7EA2" w:rsidRDefault="00BA5934" w:rsidP="00786E70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BA5934" w:rsidRPr="005D7EA2" w:rsidRDefault="00BA5934" w:rsidP="00786E70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Pagamento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Bolsa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Pesquisa</w:t>
            </w:r>
            <w:proofErr w:type="spellEnd"/>
          </w:p>
        </w:tc>
      </w:tr>
      <w:tr w:rsidR="00BA5934" w:rsidRPr="005D7EA2" w:rsidTr="00786E70">
        <w:tc>
          <w:tcPr>
            <w:tcW w:w="817" w:type="dxa"/>
          </w:tcPr>
          <w:p w:rsidR="00BA5934" w:rsidRPr="005D7EA2" w:rsidRDefault="00BA5934" w:rsidP="00786E70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BA5934" w:rsidRPr="005D7EA2" w:rsidRDefault="00BA5934" w:rsidP="00786E70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Pagamento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Bolsa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Extensão</w:t>
            </w:r>
            <w:proofErr w:type="spellEnd"/>
          </w:p>
        </w:tc>
      </w:tr>
      <w:tr w:rsidR="00BA5934" w:rsidRPr="005D7EA2" w:rsidTr="00786E70">
        <w:tc>
          <w:tcPr>
            <w:tcW w:w="817" w:type="dxa"/>
          </w:tcPr>
          <w:p w:rsidR="00BA5934" w:rsidRPr="005D7EA2" w:rsidRDefault="00BA5934" w:rsidP="00786E70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BA5934" w:rsidRPr="005D7EA2" w:rsidRDefault="00BA5934" w:rsidP="00786E70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Pagamento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Bolsa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Ensino</w:t>
            </w:r>
            <w:proofErr w:type="spellEnd"/>
          </w:p>
        </w:tc>
      </w:tr>
      <w:tr w:rsidR="00BA5934" w:rsidRPr="005D7EA2" w:rsidTr="00786E70">
        <w:tc>
          <w:tcPr>
            <w:tcW w:w="817" w:type="dxa"/>
          </w:tcPr>
          <w:p w:rsidR="00BA5934" w:rsidRPr="005D7EA2" w:rsidRDefault="00BA5934" w:rsidP="00786E70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BA5934" w:rsidRPr="005D7EA2" w:rsidRDefault="00BA5934" w:rsidP="00786E70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Pagamento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Bolsa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Estágio</w:t>
            </w:r>
            <w:proofErr w:type="spellEnd"/>
          </w:p>
        </w:tc>
      </w:tr>
      <w:tr w:rsidR="00BA5934" w:rsidRPr="005D7EA2" w:rsidTr="00786E70">
        <w:tc>
          <w:tcPr>
            <w:tcW w:w="817" w:type="dxa"/>
          </w:tcPr>
          <w:p w:rsidR="00BA5934" w:rsidRPr="005D7EA2" w:rsidRDefault="00BA5934" w:rsidP="00786E70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BA5934" w:rsidRPr="005D7EA2" w:rsidRDefault="00BA5934" w:rsidP="00786E70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Pagamento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Bolsa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Estímulo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à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Inovação</w:t>
            </w:r>
            <w:proofErr w:type="spellEnd"/>
          </w:p>
        </w:tc>
      </w:tr>
    </w:tbl>
    <w:p w:rsidR="00114E0A" w:rsidRPr="005D7EA2" w:rsidRDefault="000D0AC9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V</w:t>
      </w:r>
      <w:r w:rsidR="00BA5934">
        <w:rPr>
          <w:rFonts w:ascii="Arial Unicode MS" w:eastAsia="Arial Unicode MS" w:hAnsi="Arial Unicode MS" w:cs="Arial Unicode MS"/>
          <w:color w:val="auto"/>
          <w:sz w:val="20"/>
          <w:szCs w:val="20"/>
        </w:rPr>
        <w:t>I</w:t>
      </w: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 – PLANO DE ATIVIDADES DO BOLSISTA</w:t>
      </w:r>
    </w:p>
    <w:p w:rsidR="00114E0A" w:rsidRPr="005D7EA2" w:rsidRDefault="000D0AC9">
      <w:pPr>
        <w:rPr>
          <w:rFonts w:ascii="Arial Unicode MS" w:eastAsia="Arial Unicode MS" w:hAnsi="Arial Unicode MS" w:cs="Arial Unicode MS"/>
          <w:sz w:val="20"/>
          <w:szCs w:val="20"/>
        </w:rPr>
      </w:pP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Descrição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detalhada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das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atividades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a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serem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executadas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pelo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bolsista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>:</w:t>
      </w:r>
    </w:p>
    <w:tbl>
      <w:tblPr>
        <w:tblStyle w:val="Tabelacomgrade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255EB4" w:rsidRPr="005D7EA2" w:rsidTr="00B71C23">
        <w:tc>
          <w:tcPr>
            <w:tcW w:w="8926" w:type="dxa"/>
          </w:tcPr>
          <w:p w:rsidR="00255EB4" w:rsidRPr="005D7EA2" w:rsidRDefault="00973B48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1 - </w:t>
            </w:r>
          </w:p>
          <w:p w:rsidR="00255EB4" w:rsidRPr="005D7EA2" w:rsidRDefault="005D7EA2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2 - </w:t>
            </w: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114E0A" w:rsidRPr="005D7EA2" w:rsidRDefault="00114E0A">
      <w:pPr>
        <w:rPr>
          <w:rFonts w:ascii="Arial Unicode MS" w:eastAsia="Arial Unicode MS" w:hAnsi="Arial Unicode MS" w:cs="Arial Unicode MS"/>
          <w:sz w:val="20"/>
          <w:szCs w:val="20"/>
        </w:rPr>
      </w:pPr>
    </w:p>
    <w:p w:rsidR="00114E0A" w:rsidRPr="005D7EA2" w:rsidRDefault="000D0AC9">
      <w:pPr>
        <w:pStyle w:val="Ttulo2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proofErr w:type="spellStart"/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Cronograma</w:t>
      </w:r>
      <w:proofErr w:type="spellEnd"/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 de </w:t>
      </w:r>
      <w:proofErr w:type="spellStart"/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Execução</w:t>
      </w:r>
      <w:proofErr w:type="spellEnd"/>
      <w:r w:rsidR="00255EB4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 – </w:t>
      </w:r>
      <w:proofErr w:type="spellStart"/>
      <w:r w:rsidR="00255EB4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ano</w:t>
      </w:r>
      <w:proofErr w:type="spellEnd"/>
      <w:r w:rsidR="00255EB4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 </w:t>
      </w:r>
    </w:p>
    <w:p w:rsidR="00255EB4" w:rsidRPr="005D7EA2" w:rsidRDefault="00255EB4" w:rsidP="00255EB4">
      <w:pPr>
        <w:rPr>
          <w:rFonts w:ascii="Arial Unicode MS" w:eastAsia="Arial Unicode MS" w:hAnsi="Arial Unicode MS" w:cs="Arial Unicode MS"/>
          <w:sz w:val="10"/>
          <w:szCs w:val="10"/>
        </w:rPr>
      </w:pPr>
    </w:p>
    <w:tbl>
      <w:tblPr>
        <w:tblStyle w:val="Tabelacomgrade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039"/>
        <w:gridCol w:w="631"/>
        <w:gridCol w:w="634"/>
        <w:gridCol w:w="638"/>
        <w:gridCol w:w="629"/>
        <w:gridCol w:w="632"/>
        <w:gridCol w:w="632"/>
        <w:gridCol w:w="614"/>
        <w:gridCol w:w="641"/>
        <w:gridCol w:w="626"/>
        <w:gridCol w:w="632"/>
        <w:gridCol w:w="641"/>
        <w:gridCol w:w="641"/>
      </w:tblGrid>
      <w:tr w:rsidR="00973B48" w:rsidRPr="005D7EA2" w:rsidTr="00973B48">
        <w:tc>
          <w:tcPr>
            <w:tcW w:w="1039" w:type="dxa"/>
            <w:vMerge w:val="restart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Atividade</w:t>
            </w:r>
            <w:proofErr w:type="spellEnd"/>
          </w:p>
        </w:tc>
        <w:tc>
          <w:tcPr>
            <w:tcW w:w="7817" w:type="dxa"/>
            <w:gridSpan w:val="12"/>
          </w:tcPr>
          <w:p w:rsidR="00973B48" w:rsidRPr="005D7EA2" w:rsidRDefault="005D7EA2" w:rsidP="00973B48">
            <w:pPr>
              <w:spacing w:line="360" w:lineRule="auto"/>
              <w:jc w:val="center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Ano</w:t>
            </w:r>
            <w:proofErr w:type="spellEnd"/>
            <w:r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 xml:space="preserve"> - </w:t>
            </w:r>
            <w:proofErr w:type="spellStart"/>
            <w:r w:rsidR="00973B48"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Meses</w:t>
            </w:r>
            <w:proofErr w:type="spellEnd"/>
          </w:p>
        </w:tc>
      </w:tr>
      <w:tr w:rsidR="00973B48" w:rsidRPr="005D7EA2" w:rsidTr="00973B48">
        <w:tc>
          <w:tcPr>
            <w:tcW w:w="1039" w:type="dxa"/>
            <w:vMerge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Jan</w:t>
            </w:r>
          </w:p>
        </w:tc>
        <w:tc>
          <w:tcPr>
            <w:tcW w:w="652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Fev</w:t>
            </w:r>
            <w:proofErr w:type="spellEnd"/>
          </w:p>
        </w:tc>
        <w:tc>
          <w:tcPr>
            <w:tcW w:w="65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Mar</w:t>
            </w: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Mai</w:t>
            </w: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Jun</w:t>
            </w:r>
          </w:p>
        </w:tc>
        <w:tc>
          <w:tcPr>
            <w:tcW w:w="64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Jul</w:t>
            </w: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Ago</w:t>
            </w:r>
          </w:p>
        </w:tc>
        <w:tc>
          <w:tcPr>
            <w:tcW w:w="64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Set</w:t>
            </w: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Out</w:t>
            </w: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Nov</w:t>
            </w: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Dez</w:t>
            </w:r>
            <w:proofErr w:type="spellEnd"/>
          </w:p>
        </w:tc>
      </w:tr>
      <w:tr w:rsidR="00973B48" w:rsidRPr="005D7EA2" w:rsidTr="00973B48">
        <w:tc>
          <w:tcPr>
            <w:tcW w:w="103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1</w:t>
            </w: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2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973B48" w:rsidRPr="005D7EA2" w:rsidTr="00973B48">
        <w:tc>
          <w:tcPr>
            <w:tcW w:w="103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2</w:t>
            </w: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2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973B48" w:rsidRPr="005D7EA2" w:rsidTr="00973B48">
        <w:tc>
          <w:tcPr>
            <w:tcW w:w="103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…</w:t>
            </w: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2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973B48" w:rsidRPr="005D7EA2" w:rsidTr="00973B48">
        <w:tc>
          <w:tcPr>
            <w:tcW w:w="103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2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973B48" w:rsidRPr="005D7EA2" w:rsidTr="00973B48">
        <w:tc>
          <w:tcPr>
            <w:tcW w:w="103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n</w:t>
            </w: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2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973B48" w:rsidRPr="005D7EA2" w:rsidRDefault="00973B48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</w:p>
    <w:p w:rsidR="00114E0A" w:rsidRPr="005D7EA2" w:rsidRDefault="000D0AC9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VI</w:t>
      </w:r>
      <w:r w:rsidR="00BA5934">
        <w:rPr>
          <w:rFonts w:ascii="Arial Unicode MS" w:eastAsia="Arial Unicode MS" w:hAnsi="Arial Unicode MS" w:cs="Arial Unicode MS"/>
          <w:color w:val="auto"/>
          <w:sz w:val="20"/>
          <w:szCs w:val="20"/>
        </w:rPr>
        <w:t>I</w:t>
      </w: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 – DECLARAÇÃO DO BOLSISTA</w:t>
      </w:r>
    </w:p>
    <w:p w:rsidR="00255EB4" w:rsidRPr="005D7EA2" w:rsidRDefault="00255EB4" w:rsidP="00255EB4">
      <w:pPr>
        <w:rPr>
          <w:rFonts w:ascii="Arial Unicode MS" w:eastAsia="Arial Unicode MS" w:hAnsi="Arial Unicode MS" w:cs="Arial Unicode MS"/>
          <w:sz w:val="16"/>
          <w:szCs w:val="16"/>
        </w:rPr>
      </w:pPr>
    </w:p>
    <w:p w:rsidR="00255EB4" w:rsidRPr="005D7EA2" w:rsidRDefault="000D0AC9" w:rsidP="00255EB4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Declaro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que:</w:t>
      </w:r>
    </w:p>
    <w:p w:rsidR="00114E0A" w:rsidRPr="005D7EA2" w:rsidRDefault="000D0AC9" w:rsidP="00973B48">
      <w:pPr>
        <w:pStyle w:val="PargrafodaLista"/>
        <w:numPr>
          <w:ilvl w:val="0"/>
          <w:numId w:val="10"/>
        </w:num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Não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recebo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bolsa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concomitante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de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outra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instituição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ou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agência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de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fomento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que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exija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exclusividade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>.</w:t>
      </w:r>
      <w:r w:rsidRPr="005D7EA2">
        <w:rPr>
          <w:rFonts w:ascii="Arial Unicode MS" w:eastAsia="Arial Unicode MS" w:hAnsi="Arial Unicode MS" w:cs="Arial Unicode MS"/>
          <w:sz w:val="20"/>
          <w:szCs w:val="20"/>
        </w:rPr>
        <w:br/>
        <w:t xml:space="preserve">2.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Estou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ciente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de que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pagamento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será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realizado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por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depósito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bancário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proofErr w:type="gramStart"/>
      <w:r w:rsidRPr="005D7EA2">
        <w:rPr>
          <w:rFonts w:ascii="Arial Unicode MS" w:eastAsia="Arial Unicode MS" w:hAnsi="Arial Unicode MS" w:cs="Arial Unicode MS"/>
          <w:sz w:val="20"/>
          <w:szCs w:val="20"/>
        </w:rPr>
        <w:t>na</w:t>
      </w:r>
      <w:proofErr w:type="spellEnd"/>
      <w:proofErr w:type="gram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conta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informada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>.</w:t>
      </w:r>
      <w:r w:rsidRPr="005D7EA2">
        <w:rPr>
          <w:rFonts w:ascii="Arial Unicode MS" w:eastAsia="Arial Unicode MS" w:hAnsi="Arial Unicode MS" w:cs="Arial Unicode MS"/>
          <w:sz w:val="20"/>
          <w:szCs w:val="20"/>
        </w:rPr>
        <w:br/>
        <w:t xml:space="preserve">3.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Conheço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concordo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com as </w:t>
      </w:r>
      <w:proofErr w:type="spellStart"/>
      <w:proofErr w:type="gramStart"/>
      <w:r w:rsidRPr="005D7EA2">
        <w:rPr>
          <w:rFonts w:ascii="Arial Unicode MS" w:eastAsia="Arial Unicode MS" w:hAnsi="Arial Unicode MS" w:cs="Arial Unicode MS"/>
          <w:sz w:val="20"/>
          <w:szCs w:val="20"/>
        </w:rPr>
        <w:t>normas</w:t>
      </w:r>
      <w:proofErr w:type="spellEnd"/>
      <w:proofErr w:type="gram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institucionais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legais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aplicáveis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à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concessão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de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bolsas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,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comprometendo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‑me a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cumprir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o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plano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de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atividades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durante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todo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o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período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de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vigência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>.</w:t>
      </w:r>
    </w:p>
    <w:p w:rsidR="00114E0A" w:rsidRPr="005D7EA2" w:rsidRDefault="000D0AC9">
      <w:pPr>
        <w:rPr>
          <w:rFonts w:ascii="Arial Unicode MS" w:eastAsia="Arial Unicode MS" w:hAnsi="Arial Unicode MS" w:cs="Arial Unicode MS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sz w:val="20"/>
          <w:szCs w:val="20"/>
        </w:rPr>
        <w:br/>
        <w:t>Local e Data: __________________________________________</w:t>
      </w:r>
    </w:p>
    <w:p w:rsidR="00255EB4" w:rsidRPr="005D7EA2" w:rsidRDefault="00255EB4" w:rsidP="00255EB4">
      <w:pPr>
        <w:jc w:val="center"/>
        <w:rPr>
          <w:rFonts w:ascii="Arial Unicode MS" w:eastAsia="Arial Unicode MS" w:hAnsi="Arial Unicode MS" w:cs="Arial Unicode MS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sz w:val="20"/>
          <w:szCs w:val="20"/>
        </w:rPr>
        <w:br/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Assinaturas</w:t>
      </w:r>
      <w:proofErr w:type="spellEnd"/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11"/>
        <w:gridCol w:w="2940"/>
        <w:gridCol w:w="3089"/>
      </w:tblGrid>
      <w:tr w:rsidR="00255EB4" w:rsidRPr="005D7EA2" w:rsidTr="00255EB4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255EB4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B71C23" w:rsidRDefault="00B71C2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B71C23" w:rsidRDefault="00B71C2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B71C23" w:rsidRDefault="00B71C2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B71C23" w:rsidRDefault="00B71C2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B71C23" w:rsidRPr="005D7EA2" w:rsidRDefault="00B71C2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3143" w:type="dxa"/>
            <w:tcBorders>
              <w:top w:val="nil"/>
              <w:left w:val="nil"/>
              <w:bottom w:val="nil"/>
              <w:right w:val="nil"/>
            </w:tcBorders>
          </w:tcPr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:rsidR="00255EB4" w:rsidRPr="005D7EA2" w:rsidRDefault="00255EB4" w:rsidP="00255EB4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Bolsista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255EB4" w:rsidRPr="005D7EA2" w:rsidRDefault="00255EB4" w:rsidP="00255EB4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Coordenador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(a) do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Projeto</w:t>
            </w:r>
            <w:proofErr w:type="spellEnd"/>
          </w:p>
        </w:tc>
        <w:tc>
          <w:tcPr>
            <w:tcW w:w="3143" w:type="dxa"/>
            <w:tcBorders>
              <w:top w:val="nil"/>
              <w:left w:val="nil"/>
              <w:bottom w:val="nil"/>
              <w:right w:val="nil"/>
            </w:tcBorders>
          </w:tcPr>
          <w:p w:rsidR="00255EB4" w:rsidRPr="005D7EA2" w:rsidRDefault="00255EB4" w:rsidP="00255EB4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Diretoria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Executiva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</w:p>
          <w:p w:rsidR="00255EB4" w:rsidRPr="005D7EA2" w:rsidRDefault="00255EB4" w:rsidP="00255EB4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FUNDECC</w:t>
            </w:r>
          </w:p>
        </w:tc>
      </w:tr>
    </w:tbl>
    <w:p w:rsidR="00114E0A" w:rsidRPr="005D7EA2" w:rsidRDefault="00114E0A" w:rsidP="00B71C23">
      <w:pPr>
        <w:rPr>
          <w:rFonts w:ascii="Arial Unicode MS" w:eastAsia="Arial Unicode MS" w:hAnsi="Arial Unicode MS" w:cs="Arial Unicode MS"/>
          <w:sz w:val="20"/>
          <w:szCs w:val="20"/>
        </w:rPr>
      </w:pPr>
    </w:p>
    <w:sectPr w:rsidR="00114E0A" w:rsidRPr="005D7EA2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3636" w:rsidRDefault="00043636" w:rsidP="00255EB4">
      <w:pPr>
        <w:spacing w:after="0" w:line="240" w:lineRule="auto"/>
      </w:pPr>
      <w:r>
        <w:separator/>
      </w:r>
    </w:p>
  </w:endnote>
  <w:endnote w:type="continuationSeparator" w:id="0">
    <w:p w:rsidR="00043636" w:rsidRDefault="00043636" w:rsidP="00255E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86374077"/>
      <w:docPartObj>
        <w:docPartGallery w:val="Page Numbers (Bottom of Page)"/>
        <w:docPartUnique/>
      </w:docPartObj>
    </w:sdtPr>
    <w:sdtEndPr>
      <w:rPr>
        <w:rFonts w:ascii="Arial Rounded MT Bold" w:hAnsi="Arial Rounded MT Bold"/>
        <w:sz w:val="18"/>
        <w:szCs w:val="18"/>
      </w:rPr>
    </w:sdtEndPr>
    <w:sdtContent>
      <w:p w:rsidR="00973B48" w:rsidRPr="005D7EA2" w:rsidRDefault="00973B48">
        <w:pPr>
          <w:pStyle w:val="Rodap"/>
          <w:jc w:val="right"/>
          <w:rPr>
            <w:rFonts w:ascii="Arial Rounded MT Bold" w:hAnsi="Arial Rounded MT Bold"/>
            <w:sz w:val="18"/>
            <w:szCs w:val="18"/>
          </w:rPr>
        </w:pPr>
        <w:r w:rsidRPr="005D7EA2">
          <w:rPr>
            <w:rFonts w:ascii="Arial Rounded MT Bold" w:hAnsi="Arial Rounded MT Bold"/>
            <w:sz w:val="18"/>
            <w:szCs w:val="18"/>
          </w:rPr>
          <w:fldChar w:fldCharType="begin"/>
        </w:r>
        <w:r w:rsidRPr="005D7EA2">
          <w:rPr>
            <w:rFonts w:ascii="Arial Rounded MT Bold" w:hAnsi="Arial Rounded MT Bold"/>
            <w:sz w:val="18"/>
            <w:szCs w:val="18"/>
          </w:rPr>
          <w:instrText>PAGE   \* MERGEFORMAT</w:instrText>
        </w:r>
        <w:r w:rsidRPr="005D7EA2">
          <w:rPr>
            <w:rFonts w:ascii="Arial Rounded MT Bold" w:hAnsi="Arial Rounded MT Bold"/>
            <w:sz w:val="18"/>
            <w:szCs w:val="18"/>
          </w:rPr>
          <w:fldChar w:fldCharType="separate"/>
        </w:r>
        <w:r w:rsidR="00505A0D" w:rsidRPr="00505A0D">
          <w:rPr>
            <w:rFonts w:ascii="Arial Rounded MT Bold" w:hAnsi="Arial Rounded MT Bold"/>
            <w:noProof/>
            <w:sz w:val="18"/>
            <w:szCs w:val="18"/>
            <w:lang w:val="pt-BR"/>
          </w:rPr>
          <w:t>1</w:t>
        </w:r>
        <w:r w:rsidRPr="005D7EA2">
          <w:rPr>
            <w:rFonts w:ascii="Arial Rounded MT Bold" w:hAnsi="Arial Rounded MT Bold"/>
            <w:sz w:val="18"/>
            <w:szCs w:val="18"/>
          </w:rPr>
          <w:fldChar w:fldCharType="end"/>
        </w:r>
      </w:p>
    </w:sdtContent>
  </w:sdt>
  <w:p w:rsidR="00973B48" w:rsidRDefault="00973B4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3636" w:rsidRDefault="00043636" w:rsidP="00255EB4">
      <w:pPr>
        <w:spacing w:after="0" w:line="240" w:lineRule="auto"/>
      </w:pPr>
      <w:r>
        <w:separator/>
      </w:r>
    </w:p>
  </w:footnote>
  <w:footnote w:type="continuationSeparator" w:id="0">
    <w:p w:rsidR="00043636" w:rsidRDefault="00043636" w:rsidP="00255E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5EB4" w:rsidRPr="00D90A74" w:rsidRDefault="00D90A74" w:rsidP="00D90A74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-434975</wp:posOffset>
          </wp:positionV>
          <wp:extent cx="7765415" cy="1466801"/>
          <wp:effectExtent l="0" t="0" r="0" b="63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abecalho Projetos - REQUERIMENTO PALOM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15346" cy="14951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80D326E"/>
    <w:multiLevelType w:val="hybridMultilevel"/>
    <w:tmpl w:val="3EB2C7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43636"/>
    <w:rsid w:val="0006063C"/>
    <w:rsid w:val="000D0AC9"/>
    <w:rsid w:val="000D5025"/>
    <w:rsid w:val="0010460A"/>
    <w:rsid w:val="00114E0A"/>
    <w:rsid w:val="001270E1"/>
    <w:rsid w:val="0015074B"/>
    <w:rsid w:val="001A7612"/>
    <w:rsid w:val="00255EB4"/>
    <w:rsid w:val="0029639D"/>
    <w:rsid w:val="002A756F"/>
    <w:rsid w:val="00326F90"/>
    <w:rsid w:val="003E5A01"/>
    <w:rsid w:val="00457F6B"/>
    <w:rsid w:val="00505A0D"/>
    <w:rsid w:val="005D7EA2"/>
    <w:rsid w:val="006B5CB9"/>
    <w:rsid w:val="00842948"/>
    <w:rsid w:val="00860AC7"/>
    <w:rsid w:val="008C497C"/>
    <w:rsid w:val="00933A77"/>
    <w:rsid w:val="00973B48"/>
    <w:rsid w:val="00A06D2C"/>
    <w:rsid w:val="00AA1D8D"/>
    <w:rsid w:val="00B47730"/>
    <w:rsid w:val="00B71C23"/>
    <w:rsid w:val="00BA5934"/>
    <w:rsid w:val="00C24237"/>
    <w:rsid w:val="00CB0664"/>
    <w:rsid w:val="00D90A7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docId w15:val="{AD06BDE9-973D-4C16-9BF5-09022779C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C289179-4B1A-46F8-983F-0AA91D133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4</Pages>
  <Words>415</Words>
  <Characters>2241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2651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Paloma Rodrigues</cp:lastModifiedBy>
  <cp:revision>8</cp:revision>
  <dcterms:created xsi:type="dcterms:W3CDTF">2026-03-09T18:20:00Z</dcterms:created>
  <dcterms:modified xsi:type="dcterms:W3CDTF">2026-03-25T12:52:00Z</dcterms:modified>
  <cp:category/>
</cp:coreProperties>
</file>