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EB4" w:rsidRPr="005D7EA2" w:rsidRDefault="00255EB4">
      <w:pPr>
        <w:jc w:val="center"/>
        <w:rPr>
          <w:rFonts w:ascii="Arial Unicode MS" w:eastAsia="Arial Unicode MS" w:hAnsi="Arial Unicode MS" w:cs="Arial Unicode MS"/>
          <w:sz w:val="20"/>
          <w:szCs w:val="20"/>
        </w:rPr>
      </w:pPr>
    </w:p>
    <w:p w:rsidR="00114E0A" w:rsidRPr="005D7EA2" w:rsidRDefault="00255EB4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I</w:t>
      </w:r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– DADOS DO CONVÊNIO / ACORDO / CONTRATO</w:t>
      </w:r>
    </w:p>
    <w:tbl>
      <w:tblPr>
        <w:tblStyle w:val="Tabelacomgrade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510"/>
        <w:gridCol w:w="5387"/>
      </w:tblGrid>
      <w:tr w:rsidR="00114E0A" w:rsidRPr="005D7EA2" w:rsidTr="00255EB4">
        <w:tc>
          <w:tcPr>
            <w:tcW w:w="3510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Instrumento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</w:tc>
        <w:tc>
          <w:tcPr>
            <w:tcW w:w="5387" w:type="dxa"/>
          </w:tcPr>
          <w:p w:rsidR="00114E0A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(nº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convênio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/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acordo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/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contrato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</w:tr>
      <w:tr w:rsidR="00114E0A" w:rsidRPr="005D7EA2" w:rsidTr="00255EB4">
        <w:tc>
          <w:tcPr>
            <w:tcW w:w="3510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Título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Projeto</w:t>
            </w:r>
            <w:proofErr w:type="spellEnd"/>
          </w:p>
        </w:tc>
        <w:tc>
          <w:tcPr>
            <w:tcW w:w="5387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510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Nome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Coordenador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Projeto</w:t>
            </w:r>
            <w:proofErr w:type="spellEnd"/>
          </w:p>
        </w:tc>
        <w:tc>
          <w:tcPr>
            <w:tcW w:w="5387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510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Departamento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/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Unidade</w:t>
            </w:r>
            <w:proofErr w:type="spellEnd"/>
          </w:p>
        </w:tc>
        <w:tc>
          <w:tcPr>
            <w:tcW w:w="5387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114E0A" w:rsidRPr="005D7EA2" w:rsidRDefault="000D0AC9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II – DADOS DO BOLSISTA</w:t>
      </w:r>
    </w:p>
    <w:tbl>
      <w:tblPr>
        <w:tblStyle w:val="Tabelacomgrade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085"/>
        <w:gridCol w:w="5812"/>
      </w:tblGrid>
      <w:tr w:rsidR="00114E0A" w:rsidRPr="005D7EA2" w:rsidTr="00255EB4">
        <w:tc>
          <w:tcPr>
            <w:tcW w:w="3085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Nome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completo</w:t>
            </w:r>
            <w:proofErr w:type="spellEnd"/>
          </w:p>
        </w:tc>
        <w:tc>
          <w:tcPr>
            <w:tcW w:w="5812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085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Data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nascimento</w:t>
            </w:r>
            <w:proofErr w:type="spellEnd"/>
          </w:p>
        </w:tc>
        <w:tc>
          <w:tcPr>
            <w:tcW w:w="5812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3085" w:type="dxa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CPF</w:t>
            </w:r>
          </w:p>
        </w:tc>
        <w:tc>
          <w:tcPr>
            <w:tcW w:w="5812" w:type="dxa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085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Documento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Identidade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(RG)</w:t>
            </w:r>
          </w:p>
        </w:tc>
        <w:tc>
          <w:tcPr>
            <w:tcW w:w="5812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085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Endereço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completo</w:t>
            </w:r>
            <w:proofErr w:type="spellEnd"/>
          </w:p>
        </w:tc>
        <w:tc>
          <w:tcPr>
            <w:tcW w:w="5812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085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Telefone</w:t>
            </w:r>
            <w:proofErr w:type="spellEnd"/>
          </w:p>
        </w:tc>
        <w:tc>
          <w:tcPr>
            <w:tcW w:w="5812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3085" w:type="dxa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Estado civil</w:t>
            </w:r>
          </w:p>
        </w:tc>
        <w:tc>
          <w:tcPr>
            <w:tcW w:w="5812" w:type="dxa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3085" w:type="dxa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E-mail</w:t>
            </w:r>
          </w:p>
        </w:tc>
        <w:tc>
          <w:tcPr>
            <w:tcW w:w="5812" w:type="dxa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3085" w:type="dxa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nascimento</w:t>
            </w:r>
            <w:proofErr w:type="spellEnd"/>
          </w:p>
        </w:tc>
        <w:tc>
          <w:tcPr>
            <w:tcW w:w="5812" w:type="dxa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3085" w:type="dxa"/>
          </w:tcPr>
          <w:p w:rsidR="00114E0A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Raça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/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</w:tc>
        <w:tc>
          <w:tcPr>
            <w:tcW w:w="5812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3085" w:type="dxa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Sexo</w:t>
            </w:r>
            <w:proofErr w:type="spellEnd"/>
          </w:p>
        </w:tc>
        <w:tc>
          <w:tcPr>
            <w:tcW w:w="5812" w:type="dxa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rPr>
          <w:trHeight w:val="70"/>
        </w:trPr>
        <w:tc>
          <w:tcPr>
            <w:tcW w:w="3085" w:type="dxa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Grau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instrução</w:t>
            </w:r>
            <w:proofErr w:type="spellEnd"/>
          </w:p>
        </w:tc>
        <w:tc>
          <w:tcPr>
            <w:tcW w:w="5812" w:type="dxa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114E0A" w:rsidRPr="005D7EA2" w:rsidRDefault="00255EB4">
      <w:pPr>
        <w:pStyle w:val="Ttulo2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II.1 - </w:t>
      </w:r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Dados </w:t>
      </w:r>
      <w:proofErr w:type="spellStart"/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Bancários</w:t>
      </w:r>
      <w:proofErr w:type="spellEnd"/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para </w:t>
      </w:r>
      <w:proofErr w:type="spellStart"/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Pagamento</w:t>
      </w:r>
      <w:proofErr w:type="spellEnd"/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da </w:t>
      </w:r>
      <w:proofErr w:type="spellStart"/>
      <w:r w:rsidR="000D0AC9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Bolsa</w:t>
      </w:r>
      <w:proofErr w:type="spellEnd"/>
    </w:p>
    <w:tbl>
      <w:tblPr>
        <w:tblStyle w:val="Tabelacomgrade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731"/>
        <w:gridCol w:w="5899"/>
      </w:tblGrid>
      <w:tr w:rsidR="00255EB4" w:rsidRPr="005D7EA2" w:rsidTr="00255EB4">
        <w:tc>
          <w:tcPr>
            <w:tcW w:w="1582" w:type="pct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Banco</w:t>
            </w:r>
          </w:p>
        </w:tc>
        <w:tc>
          <w:tcPr>
            <w:tcW w:w="3418" w:type="pct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1582" w:type="pct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Agência</w:t>
            </w:r>
            <w:proofErr w:type="spellEnd"/>
          </w:p>
        </w:tc>
        <w:tc>
          <w:tcPr>
            <w:tcW w:w="3418" w:type="pct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1582" w:type="pct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Conta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Corrente</w:t>
            </w:r>
            <w:proofErr w:type="spellEnd"/>
          </w:p>
        </w:tc>
        <w:tc>
          <w:tcPr>
            <w:tcW w:w="3418" w:type="pct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1582" w:type="pct"/>
          </w:tcPr>
          <w:p w:rsidR="00255EB4" w:rsidRPr="005D7EA2" w:rsidRDefault="00255EB4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da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Agência</w:t>
            </w:r>
            <w:proofErr w:type="spellEnd"/>
          </w:p>
        </w:tc>
        <w:tc>
          <w:tcPr>
            <w:tcW w:w="3418" w:type="pct"/>
          </w:tcPr>
          <w:p w:rsidR="00255EB4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5D7EA2" w:rsidRDefault="005D7EA2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</w:p>
    <w:p w:rsidR="00114E0A" w:rsidRPr="005D7EA2" w:rsidRDefault="000D0AC9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bookmarkStart w:id="0" w:name="_GoBack"/>
      <w:bookmarkEnd w:id="0"/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III – VÍNCULO INSTITUCIONAL</w:t>
      </w:r>
    </w:p>
    <w:tbl>
      <w:tblPr>
        <w:tblStyle w:val="Tabelacomgrade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18"/>
        <w:gridCol w:w="6379"/>
      </w:tblGrid>
      <w:tr w:rsidR="00114E0A" w:rsidRPr="005D7EA2" w:rsidTr="00255EB4">
        <w:tc>
          <w:tcPr>
            <w:tcW w:w="2518" w:type="dxa"/>
          </w:tcPr>
          <w:p w:rsidR="00114E0A" w:rsidRPr="005D7EA2" w:rsidRDefault="000D0AC9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Instituição</w:t>
            </w:r>
            <w:proofErr w:type="spellEnd"/>
          </w:p>
        </w:tc>
        <w:tc>
          <w:tcPr>
            <w:tcW w:w="6379" w:type="dxa"/>
          </w:tcPr>
          <w:p w:rsidR="00114E0A" w:rsidRPr="005D7EA2" w:rsidRDefault="000D0AC9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Universidade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Federal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Lavras</w:t>
            </w:r>
            <w:proofErr w:type="spellEnd"/>
          </w:p>
        </w:tc>
      </w:tr>
      <w:tr w:rsidR="00114E0A" w:rsidRPr="005D7EA2" w:rsidTr="00255EB4">
        <w:tc>
          <w:tcPr>
            <w:tcW w:w="2518" w:type="dxa"/>
          </w:tcPr>
          <w:p w:rsidR="00114E0A" w:rsidRPr="005D7EA2" w:rsidRDefault="000D0AC9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Curso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/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Programa</w:t>
            </w:r>
            <w:proofErr w:type="spellEnd"/>
          </w:p>
        </w:tc>
        <w:tc>
          <w:tcPr>
            <w:tcW w:w="6379" w:type="dxa"/>
          </w:tcPr>
          <w:p w:rsidR="00114E0A" w:rsidRPr="005D7EA2" w:rsidRDefault="00114E0A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255EB4">
        <w:tc>
          <w:tcPr>
            <w:tcW w:w="2518" w:type="dxa"/>
          </w:tcPr>
          <w:p w:rsidR="00114E0A" w:rsidRPr="005D7EA2" w:rsidRDefault="00255EB4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Número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Matrícula</w:t>
            </w:r>
            <w:proofErr w:type="spellEnd"/>
          </w:p>
        </w:tc>
        <w:tc>
          <w:tcPr>
            <w:tcW w:w="6379" w:type="dxa"/>
          </w:tcPr>
          <w:p w:rsidR="00114E0A" w:rsidRPr="005D7EA2" w:rsidRDefault="00114E0A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2518" w:type="dxa"/>
          </w:tcPr>
          <w:p w:rsidR="00255EB4" w:rsidRPr="005D7EA2" w:rsidRDefault="00255EB4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Endereço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institucional</w:t>
            </w:r>
            <w:proofErr w:type="spellEnd"/>
          </w:p>
        </w:tc>
        <w:tc>
          <w:tcPr>
            <w:tcW w:w="6379" w:type="dxa"/>
          </w:tcPr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2518" w:type="dxa"/>
          </w:tcPr>
          <w:p w:rsidR="00255EB4" w:rsidRPr="005D7EA2" w:rsidRDefault="00255EB4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CEP</w:t>
            </w:r>
          </w:p>
        </w:tc>
        <w:tc>
          <w:tcPr>
            <w:tcW w:w="6379" w:type="dxa"/>
          </w:tcPr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2518" w:type="dxa"/>
          </w:tcPr>
          <w:p w:rsidR="00255EB4" w:rsidRPr="005D7EA2" w:rsidRDefault="00255EB4" w:rsidP="00A06D2C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/ Estado</w:t>
            </w:r>
          </w:p>
        </w:tc>
        <w:tc>
          <w:tcPr>
            <w:tcW w:w="6379" w:type="dxa"/>
          </w:tcPr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114E0A" w:rsidRPr="005D7EA2" w:rsidRDefault="000D0AC9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IV – MODALIDADE, VALOR E VIGÊNCIA DA BOLSA</w:t>
      </w:r>
    </w:p>
    <w:tbl>
      <w:tblPr>
        <w:tblStyle w:val="Tabelacomgrade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17"/>
        <w:gridCol w:w="8080"/>
      </w:tblGrid>
      <w:tr w:rsidR="00255EB4" w:rsidRPr="005D7EA2" w:rsidTr="00A06D2C">
        <w:tc>
          <w:tcPr>
            <w:tcW w:w="8897" w:type="dxa"/>
            <w:gridSpan w:val="2"/>
          </w:tcPr>
          <w:p w:rsidR="00255EB4" w:rsidRPr="005D7EA2" w:rsidRDefault="00255EB4" w:rsidP="00A06D2C">
            <w:pPr>
              <w:spacing w:line="276" w:lineRule="auto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Modalidade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da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Bolsa</w:t>
            </w:r>
            <w:proofErr w:type="spellEnd"/>
          </w:p>
        </w:tc>
      </w:tr>
      <w:tr w:rsidR="00A06D2C" w:rsidRPr="005D7EA2" w:rsidTr="00A06D2C">
        <w:tc>
          <w:tcPr>
            <w:tcW w:w="817" w:type="dxa"/>
          </w:tcPr>
          <w:p w:rsidR="00A06D2C" w:rsidRPr="005D7EA2" w:rsidRDefault="00A06D2C" w:rsidP="00A06D2C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A06D2C" w:rsidRPr="005D7EA2" w:rsidRDefault="00A06D2C" w:rsidP="00A06D2C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Graduação</w:t>
            </w:r>
            <w:proofErr w:type="spellEnd"/>
            <w:r w:rsid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- </w:t>
            </w:r>
            <w:proofErr w:type="spellStart"/>
            <w:r w:rsid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Pesquisa</w:t>
            </w:r>
            <w:proofErr w:type="spellEnd"/>
          </w:p>
        </w:tc>
      </w:tr>
      <w:tr w:rsidR="00A06D2C" w:rsidRPr="005D7EA2" w:rsidTr="00A06D2C">
        <w:tc>
          <w:tcPr>
            <w:tcW w:w="817" w:type="dxa"/>
          </w:tcPr>
          <w:p w:rsidR="00A06D2C" w:rsidRPr="005D7EA2" w:rsidRDefault="00A06D2C" w:rsidP="00A06D2C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A06D2C" w:rsidRPr="005D7EA2" w:rsidRDefault="00A06D2C" w:rsidP="00A06D2C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Iniciação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Científica</w:t>
            </w:r>
            <w:proofErr w:type="spellEnd"/>
          </w:p>
        </w:tc>
      </w:tr>
      <w:tr w:rsidR="00A06D2C" w:rsidRPr="005D7EA2" w:rsidTr="00A06D2C">
        <w:tc>
          <w:tcPr>
            <w:tcW w:w="817" w:type="dxa"/>
          </w:tcPr>
          <w:p w:rsidR="00A06D2C" w:rsidRPr="005D7EA2" w:rsidRDefault="00A06D2C" w:rsidP="00A06D2C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A06D2C" w:rsidRPr="005D7EA2" w:rsidRDefault="00A06D2C" w:rsidP="00A06D2C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Mestrado</w:t>
            </w:r>
            <w:proofErr w:type="spellEnd"/>
          </w:p>
        </w:tc>
      </w:tr>
      <w:tr w:rsidR="00A06D2C" w:rsidRPr="005D7EA2" w:rsidTr="00A06D2C">
        <w:tc>
          <w:tcPr>
            <w:tcW w:w="817" w:type="dxa"/>
          </w:tcPr>
          <w:p w:rsidR="00A06D2C" w:rsidRPr="005D7EA2" w:rsidRDefault="00A06D2C" w:rsidP="00A06D2C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A06D2C" w:rsidRPr="005D7EA2" w:rsidRDefault="00A06D2C" w:rsidP="00A06D2C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Doutorado</w:t>
            </w:r>
            <w:proofErr w:type="spellEnd"/>
          </w:p>
        </w:tc>
      </w:tr>
      <w:tr w:rsidR="00A06D2C" w:rsidRPr="005D7EA2" w:rsidTr="00A06D2C">
        <w:tc>
          <w:tcPr>
            <w:tcW w:w="817" w:type="dxa"/>
          </w:tcPr>
          <w:p w:rsidR="00A06D2C" w:rsidRPr="005D7EA2" w:rsidRDefault="00A06D2C" w:rsidP="00A06D2C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A06D2C" w:rsidRPr="005D7EA2" w:rsidRDefault="00A06D2C" w:rsidP="00A06D2C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Pós-Doutorado</w:t>
            </w:r>
            <w:proofErr w:type="spellEnd"/>
          </w:p>
        </w:tc>
      </w:tr>
      <w:tr w:rsidR="00A06D2C" w:rsidRPr="005D7EA2" w:rsidTr="00A06D2C">
        <w:tc>
          <w:tcPr>
            <w:tcW w:w="817" w:type="dxa"/>
          </w:tcPr>
          <w:p w:rsidR="00A06D2C" w:rsidRPr="005D7EA2" w:rsidRDefault="00A06D2C" w:rsidP="00A06D2C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(       )</w:t>
            </w:r>
          </w:p>
        </w:tc>
        <w:tc>
          <w:tcPr>
            <w:tcW w:w="8080" w:type="dxa"/>
          </w:tcPr>
          <w:p w:rsidR="00A06D2C" w:rsidRPr="005D7EA2" w:rsidRDefault="00A06D2C" w:rsidP="00A06D2C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Apoio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Técnico</w:t>
            </w:r>
            <w:proofErr w:type="spellEnd"/>
          </w:p>
        </w:tc>
      </w:tr>
      <w:tr w:rsidR="00A06D2C" w:rsidRPr="005D7EA2" w:rsidTr="00AA520C">
        <w:tc>
          <w:tcPr>
            <w:tcW w:w="8897" w:type="dxa"/>
            <w:gridSpan w:val="2"/>
          </w:tcPr>
          <w:p w:rsidR="00A06D2C" w:rsidRPr="005D7EA2" w:rsidRDefault="00A06D2C" w:rsidP="005D7EA2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Valor mensal: R$                           (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descrever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valor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por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extenso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</w:tr>
    </w:tbl>
    <w:p w:rsidR="00A06D2C" w:rsidRPr="005D7EA2" w:rsidRDefault="00A06D2C" w:rsidP="00A06D2C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IV – MODALIDADE, VALOR E VIGÊNCIA DA BOLSA</w:t>
      </w:r>
    </w:p>
    <w:tbl>
      <w:tblPr>
        <w:tblStyle w:val="Tabelacomgrade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76"/>
        <w:gridCol w:w="6521"/>
      </w:tblGrid>
      <w:tr w:rsidR="00A06D2C" w:rsidRPr="005D7EA2" w:rsidTr="00A06D2C">
        <w:tc>
          <w:tcPr>
            <w:tcW w:w="2376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Carga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horária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semanal</w:t>
            </w:r>
            <w:proofErr w:type="spellEnd"/>
          </w:p>
        </w:tc>
        <w:tc>
          <w:tcPr>
            <w:tcW w:w="6521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A06D2C" w:rsidRPr="005D7EA2" w:rsidTr="00A06D2C">
        <w:tc>
          <w:tcPr>
            <w:tcW w:w="2376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Quantidade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meses</w:t>
            </w:r>
            <w:proofErr w:type="spellEnd"/>
          </w:p>
        </w:tc>
        <w:tc>
          <w:tcPr>
            <w:tcW w:w="6521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A06D2C" w:rsidRPr="005D7EA2" w:rsidTr="004D14CD">
        <w:tc>
          <w:tcPr>
            <w:tcW w:w="8897" w:type="dxa"/>
            <w:gridSpan w:val="2"/>
          </w:tcPr>
          <w:p w:rsidR="00A06D2C" w:rsidRPr="005D7EA2" w:rsidRDefault="00973B48" w:rsidP="00973B48">
            <w:pPr>
              <w:spacing w:line="276" w:lineRule="auto"/>
              <w:jc w:val="center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V</w:t>
            </w:r>
            <w:r w:rsidR="00A06D2C"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igência</w:t>
            </w:r>
            <w:proofErr w:type="spellEnd"/>
            <w:r w:rsidR="00A06D2C"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 xml:space="preserve"> da </w:t>
            </w:r>
            <w:proofErr w:type="spellStart"/>
            <w:r w:rsidR="00A06D2C"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bolsa</w:t>
            </w:r>
            <w:proofErr w:type="spellEnd"/>
          </w:p>
        </w:tc>
      </w:tr>
      <w:tr w:rsidR="00A06D2C" w:rsidRPr="005D7EA2" w:rsidTr="00A06D2C">
        <w:tc>
          <w:tcPr>
            <w:tcW w:w="2376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Data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início</w:t>
            </w:r>
            <w:proofErr w:type="spellEnd"/>
          </w:p>
        </w:tc>
        <w:tc>
          <w:tcPr>
            <w:tcW w:w="6521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A06D2C" w:rsidRPr="005D7EA2" w:rsidTr="00A06D2C">
        <w:tc>
          <w:tcPr>
            <w:tcW w:w="2376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Data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término</w:t>
            </w:r>
            <w:proofErr w:type="spellEnd"/>
          </w:p>
        </w:tc>
        <w:tc>
          <w:tcPr>
            <w:tcW w:w="6521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A06D2C" w:rsidRPr="005D7EA2" w:rsidTr="00A06D2C">
        <w:tc>
          <w:tcPr>
            <w:tcW w:w="2376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Valor total a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receber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</w:tc>
        <w:tc>
          <w:tcPr>
            <w:tcW w:w="6521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R$                             (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descrever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valor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por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extenso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</w:tr>
      <w:tr w:rsidR="00A06D2C" w:rsidRPr="005D7EA2" w:rsidTr="00A06D2C">
        <w:tc>
          <w:tcPr>
            <w:tcW w:w="2376" w:type="dxa"/>
          </w:tcPr>
          <w:p w:rsidR="00A06D2C" w:rsidRPr="005D7EA2" w:rsidRDefault="00973B48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Vigência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projeto</w:t>
            </w:r>
            <w:proofErr w:type="spellEnd"/>
          </w:p>
        </w:tc>
        <w:tc>
          <w:tcPr>
            <w:tcW w:w="6521" w:type="dxa"/>
          </w:tcPr>
          <w:p w:rsidR="00A06D2C" w:rsidRPr="005D7EA2" w:rsidRDefault="00A06D2C" w:rsidP="00973B48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5D7EA2" w:rsidRDefault="005D7EA2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</w:p>
    <w:p w:rsidR="00D90A74" w:rsidRDefault="00D90A74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</w:p>
    <w:p w:rsidR="00114E0A" w:rsidRPr="005D7EA2" w:rsidRDefault="000D0AC9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V – PLANO DE ATIVIDADES DO BOLSISTA</w:t>
      </w:r>
    </w:p>
    <w:p w:rsidR="00114E0A" w:rsidRPr="005D7EA2" w:rsidRDefault="000D0AC9">
      <w:pPr>
        <w:rPr>
          <w:rFonts w:ascii="Arial Unicode MS" w:eastAsia="Arial Unicode MS" w:hAnsi="Arial Unicode MS" w:cs="Arial Unicode MS"/>
          <w:sz w:val="20"/>
          <w:szCs w:val="20"/>
        </w:rPr>
      </w:pP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Descrição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detalhada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das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atividades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a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serem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executadas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pelo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bolsista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30"/>
      </w:tblGrid>
      <w:tr w:rsidR="00255EB4" w:rsidRPr="005D7EA2" w:rsidTr="00255EB4">
        <w:tc>
          <w:tcPr>
            <w:tcW w:w="8780" w:type="dxa"/>
          </w:tcPr>
          <w:p w:rsidR="00255EB4" w:rsidRPr="005D7EA2" w:rsidRDefault="00973B48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1 - </w:t>
            </w:r>
          </w:p>
          <w:p w:rsidR="00255EB4" w:rsidRPr="005D7EA2" w:rsidRDefault="005D7EA2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2 - </w:t>
            </w: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114E0A" w:rsidRPr="005D7EA2" w:rsidRDefault="00114E0A">
      <w:pPr>
        <w:rPr>
          <w:rFonts w:ascii="Arial Unicode MS" w:eastAsia="Arial Unicode MS" w:hAnsi="Arial Unicode MS" w:cs="Arial Unicode MS"/>
          <w:sz w:val="20"/>
          <w:szCs w:val="20"/>
        </w:rPr>
      </w:pPr>
    </w:p>
    <w:p w:rsidR="00114E0A" w:rsidRPr="005D7EA2" w:rsidRDefault="000D0AC9">
      <w:pPr>
        <w:pStyle w:val="Ttulo2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proofErr w:type="spellStart"/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Cronograma</w:t>
      </w:r>
      <w:proofErr w:type="spellEnd"/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de </w:t>
      </w:r>
      <w:proofErr w:type="spellStart"/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Execução</w:t>
      </w:r>
      <w:proofErr w:type="spellEnd"/>
      <w:r w:rsidR="00255EB4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– </w:t>
      </w:r>
      <w:proofErr w:type="spellStart"/>
      <w:r w:rsidR="00255EB4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ano</w:t>
      </w:r>
      <w:proofErr w:type="spellEnd"/>
      <w:r w:rsidR="00255EB4"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 xml:space="preserve"> </w:t>
      </w:r>
    </w:p>
    <w:p w:rsidR="00255EB4" w:rsidRPr="005D7EA2" w:rsidRDefault="00255EB4" w:rsidP="00255EB4">
      <w:pPr>
        <w:rPr>
          <w:rFonts w:ascii="Arial Unicode MS" w:eastAsia="Arial Unicode MS" w:hAnsi="Arial Unicode MS" w:cs="Arial Unicode MS"/>
          <w:sz w:val="10"/>
          <w:szCs w:val="10"/>
        </w:rPr>
      </w:pPr>
    </w:p>
    <w:tbl>
      <w:tblPr>
        <w:tblStyle w:val="Tabelacomgrade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39"/>
        <w:gridCol w:w="631"/>
        <w:gridCol w:w="634"/>
        <w:gridCol w:w="638"/>
        <w:gridCol w:w="629"/>
        <w:gridCol w:w="632"/>
        <w:gridCol w:w="632"/>
        <w:gridCol w:w="614"/>
        <w:gridCol w:w="641"/>
        <w:gridCol w:w="626"/>
        <w:gridCol w:w="632"/>
        <w:gridCol w:w="641"/>
        <w:gridCol w:w="641"/>
      </w:tblGrid>
      <w:tr w:rsidR="00973B48" w:rsidRPr="005D7EA2" w:rsidTr="00973B48">
        <w:tc>
          <w:tcPr>
            <w:tcW w:w="1039" w:type="dxa"/>
            <w:vMerge w:val="restart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Atividade</w:t>
            </w:r>
            <w:proofErr w:type="spellEnd"/>
          </w:p>
        </w:tc>
        <w:tc>
          <w:tcPr>
            <w:tcW w:w="7817" w:type="dxa"/>
            <w:gridSpan w:val="12"/>
          </w:tcPr>
          <w:p w:rsidR="00973B48" w:rsidRPr="005D7EA2" w:rsidRDefault="005D7EA2" w:rsidP="00973B48">
            <w:pPr>
              <w:spacing w:line="360" w:lineRule="auto"/>
              <w:jc w:val="center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Ano</w:t>
            </w:r>
            <w:proofErr w:type="spellEnd"/>
            <w:r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 xml:space="preserve"> - </w:t>
            </w:r>
            <w:proofErr w:type="spellStart"/>
            <w:r w:rsidR="00973B48"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Meses</w:t>
            </w:r>
            <w:proofErr w:type="spellEnd"/>
          </w:p>
        </w:tc>
      </w:tr>
      <w:tr w:rsidR="00973B48" w:rsidRPr="005D7EA2" w:rsidTr="00973B48">
        <w:tc>
          <w:tcPr>
            <w:tcW w:w="1039" w:type="dxa"/>
            <w:vMerge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Jan</w:t>
            </w:r>
          </w:p>
        </w:tc>
        <w:tc>
          <w:tcPr>
            <w:tcW w:w="652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Fev</w:t>
            </w:r>
            <w:proofErr w:type="spellEnd"/>
          </w:p>
        </w:tc>
        <w:tc>
          <w:tcPr>
            <w:tcW w:w="65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Mar</w:t>
            </w: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Mai</w:t>
            </w: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Jun</w:t>
            </w:r>
          </w:p>
        </w:tc>
        <w:tc>
          <w:tcPr>
            <w:tcW w:w="64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Jul</w:t>
            </w: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Ago</w:t>
            </w:r>
          </w:p>
        </w:tc>
        <w:tc>
          <w:tcPr>
            <w:tcW w:w="64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Set</w:t>
            </w: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Out</w:t>
            </w: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Nov</w:t>
            </w: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Dez</w:t>
            </w:r>
            <w:proofErr w:type="spellEnd"/>
          </w:p>
        </w:tc>
      </w:tr>
      <w:tr w:rsidR="00973B48" w:rsidRPr="005D7EA2" w:rsidTr="00973B48">
        <w:tc>
          <w:tcPr>
            <w:tcW w:w="103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1</w:t>
            </w: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2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973B48" w:rsidRPr="005D7EA2" w:rsidTr="00973B48">
        <w:tc>
          <w:tcPr>
            <w:tcW w:w="103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2</w:t>
            </w: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2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973B48" w:rsidRPr="005D7EA2" w:rsidTr="00973B48">
        <w:tc>
          <w:tcPr>
            <w:tcW w:w="103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…</w:t>
            </w: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2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973B48" w:rsidRPr="005D7EA2" w:rsidTr="00973B48">
        <w:tc>
          <w:tcPr>
            <w:tcW w:w="103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2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973B48" w:rsidRPr="005D7EA2" w:rsidTr="00973B48">
        <w:tc>
          <w:tcPr>
            <w:tcW w:w="103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2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0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4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49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1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655" w:type="dxa"/>
          </w:tcPr>
          <w:p w:rsidR="00973B48" w:rsidRPr="005D7EA2" w:rsidRDefault="00973B48" w:rsidP="00973B48">
            <w:pPr>
              <w:spacing w:line="36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973B48" w:rsidRPr="005D7EA2" w:rsidRDefault="00973B48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</w:p>
    <w:p w:rsidR="005D7EA2" w:rsidRDefault="005D7EA2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</w:p>
    <w:p w:rsidR="00D90A74" w:rsidRDefault="00D90A74" w:rsidP="00D90A74"/>
    <w:p w:rsidR="00D90A74" w:rsidRDefault="00D90A74" w:rsidP="00D90A74"/>
    <w:p w:rsidR="00D90A74" w:rsidRDefault="00D90A74" w:rsidP="00D90A74"/>
    <w:p w:rsidR="00D90A74" w:rsidRDefault="00D90A74" w:rsidP="00D90A74"/>
    <w:p w:rsidR="00D90A74" w:rsidRPr="00D90A74" w:rsidRDefault="00D90A74" w:rsidP="00D90A74"/>
    <w:p w:rsidR="00114E0A" w:rsidRPr="005D7EA2" w:rsidRDefault="000D0AC9">
      <w:pPr>
        <w:pStyle w:val="Ttulo1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color w:val="auto"/>
          <w:sz w:val="20"/>
          <w:szCs w:val="20"/>
        </w:rPr>
        <w:t>VI – DECLARAÇÃO DO BOLSISTA</w:t>
      </w:r>
    </w:p>
    <w:p w:rsidR="00255EB4" w:rsidRPr="005D7EA2" w:rsidRDefault="00255EB4" w:rsidP="00255EB4">
      <w:pPr>
        <w:rPr>
          <w:rFonts w:ascii="Arial Unicode MS" w:eastAsia="Arial Unicode MS" w:hAnsi="Arial Unicode MS" w:cs="Arial Unicode MS"/>
          <w:sz w:val="16"/>
          <w:szCs w:val="16"/>
        </w:rPr>
      </w:pPr>
    </w:p>
    <w:p w:rsidR="00255EB4" w:rsidRPr="005D7EA2" w:rsidRDefault="000D0AC9" w:rsidP="00255EB4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Declaro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que:</w:t>
      </w:r>
    </w:p>
    <w:p w:rsidR="00114E0A" w:rsidRPr="005D7EA2" w:rsidRDefault="000D0AC9" w:rsidP="00973B48">
      <w:pPr>
        <w:pStyle w:val="PargrafodaLista"/>
        <w:numPr>
          <w:ilvl w:val="0"/>
          <w:numId w:val="10"/>
        </w:num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Não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recebo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bolsa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concomitante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outra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instituição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ou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agência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fomento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que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exija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exclusividade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>.</w:t>
      </w:r>
      <w:r w:rsidRPr="005D7EA2">
        <w:rPr>
          <w:rFonts w:ascii="Arial Unicode MS" w:eastAsia="Arial Unicode MS" w:hAnsi="Arial Unicode MS" w:cs="Arial Unicode MS"/>
          <w:sz w:val="20"/>
          <w:szCs w:val="20"/>
        </w:rPr>
        <w:br/>
        <w:t xml:space="preserve">2.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Estou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ciente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de que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pagamento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será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realizado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por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depósito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bancário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proofErr w:type="gramStart"/>
      <w:r w:rsidRPr="005D7EA2">
        <w:rPr>
          <w:rFonts w:ascii="Arial Unicode MS" w:eastAsia="Arial Unicode MS" w:hAnsi="Arial Unicode MS" w:cs="Arial Unicode MS"/>
          <w:sz w:val="20"/>
          <w:szCs w:val="20"/>
        </w:rPr>
        <w:t>na</w:t>
      </w:r>
      <w:proofErr w:type="spellEnd"/>
      <w:proofErr w:type="gram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conta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informada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>.</w:t>
      </w:r>
      <w:r w:rsidRPr="005D7EA2">
        <w:rPr>
          <w:rFonts w:ascii="Arial Unicode MS" w:eastAsia="Arial Unicode MS" w:hAnsi="Arial Unicode MS" w:cs="Arial Unicode MS"/>
          <w:sz w:val="20"/>
          <w:szCs w:val="20"/>
        </w:rPr>
        <w:br/>
        <w:t xml:space="preserve">3.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Conheço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concordo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com as </w:t>
      </w:r>
      <w:proofErr w:type="spellStart"/>
      <w:proofErr w:type="gramStart"/>
      <w:r w:rsidRPr="005D7EA2">
        <w:rPr>
          <w:rFonts w:ascii="Arial Unicode MS" w:eastAsia="Arial Unicode MS" w:hAnsi="Arial Unicode MS" w:cs="Arial Unicode MS"/>
          <w:sz w:val="20"/>
          <w:szCs w:val="20"/>
        </w:rPr>
        <w:t>normas</w:t>
      </w:r>
      <w:proofErr w:type="spellEnd"/>
      <w:proofErr w:type="gram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institucionais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legais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aplicáveis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à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concessão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bolsas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,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comprometendo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‑me a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cumprir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o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plano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atividades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durante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todo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o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período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 xml:space="preserve"> de </w:t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vigência</w:t>
      </w:r>
      <w:proofErr w:type="spellEnd"/>
      <w:r w:rsidRPr="005D7EA2">
        <w:rPr>
          <w:rFonts w:ascii="Arial Unicode MS" w:eastAsia="Arial Unicode MS" w:hAnsi="Arial Unicode MS" w:cs="Arial Unicode MS"/>
          <w:sz w:val="20"/>
          <w:szCs w:val="20"/>
        </w:rPr>
        <w:t>.</w:t>
      </w:r>
    </w:p>
    <w:p w:rsidR="00114E0A" w:rsidRPr="005D7EA2" w:rsidRDefault="000D0AC9">
      <w:pPr>
        <w:rPr>
          <w:rFonts w:ascii="Arial Unicode MS" w:eastAsia="Arial Unicode MS" w:hAnsi="Arial Unicode MS" w:cs="Arial Unicode MS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sz w:val="20"/>
          <w:szCs w:val="20"/>
        </w:rPr>
        <w:br/>
        <w:t>Local e Data: __________________________________________</w:t>
      </w:r>
    </w:p>
    <w:p w:rsidR="00255EB4" w:rsidRPr="005D7EA2" w:rsidRDefault="00255EB4" w:rsidP="00255EB4">
      <w:pPr>
        <w:jc w:val="center"/>
        <w:rPr>
          <w:rFonts w:ascii="Arial Unicode MS" w:eastAsia="Arial Unicode MS" w:hAnsi="Arial Unicode MS" w:cs="Arial Unicode MS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sz w:val="20"/>
          <w:szCs w:val="20"/>
        </w:rPr>
        <w:br/>
      </w:r>
      <w:proofErr w:type="spellStart"/>
      <w:r w:rsidRPr="005D7EA2">
        <w:rPr>
          <w:rFonts w:ascii="Arial Unicode MS" w:eastAsia="Arial Unicode MS" w:hAnsi="Arial Unicode MS" w:cs="Arial Unicode MS"/>
          <w:sz w:val="20"/>
          <w:szCs w:val="20"/>
        </w:rPr>
        <w:t>Assinaturas</w:t>
      </w:r>
      <w:proofErr w:type="spellEnd"/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11"/>
        <w:gridCol w:w="2940"/>
        <w:gridCol w:w="3089"/>
      </w:tblGrid>
      <w:tr w:rsidR="00255EB4" w:rsidRPr="005D7EA2" w:rsidTr="00255EB4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3143" w:type="dxa"/>
            <w:tcBorders>
              <w:top w:val="nil"/>
              <w:left w:val="nil"/>
              <w:bottom w:val="nil"/>
              <w:right w:val="nil"/>
            </w:tcBorders>
          </w:tcPr>
          <w:p w:rsidR="00255EB4" w:rsidRPr="005D7EA2" w:rsidRDefault="00255EB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255EB4" w:rsidRPr="005D7EA2" w:rsidTr="00255EB4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255EB4" w:rsidRPr="005D7EA2" w:rsidRDefault="00255EB4" w:rsidP="00255EB4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Bolsista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55EB4" w:rsidRPr="005D7EA2" w:rsidRDefault="00255EB4" w:rsidP="00255EB4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Coordenador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(a)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Projeto</w:t>
            </w:r>
            <w:proofErr w:type="spellEnd"/>
          </w:p>
        </w:tc>
        <w:tc>
          <w:tcPr>
            <w:tcW w:w="3143" w:type="dxa"/>
            <w:tcBorders>
              <w:top w:val="nil"/>
              <w:left w:val="nil"/>
              <w:bottom w:val="nil"/>
              <w:right w:val="nil"/>
            </w:tcBorders>
          </w:tcPr>
          <w:p w:rsidR="00255EB4" w:rsidRPr="005D7EA2" w:rsidRDefault="00255EB4" w:rsidP="00255EB4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Diretoria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Executiva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  <w:p w:rsidR="00255EB4" w:rsidRPr="005D7EA2" w:rsidRDefault="00255EB4" w:rsidP="00255EB4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FUNDECC</w:t>
            </w:r>
          </w:p>
        </w:tc>
      </w:tr>
    </w:tbl>
    <w:p w:rsidR="00114E0A" w:rsidRPr="005D7EA2" w:rsidRDefault="000D0AC9" w:rsidP="00255EB4">
      <w:pPr>
        <w:rPr>
          <w:rFonts w:ascii="Arial Unicode MS" w:eastAsia="Arial Unicode MS" w:hAnsi="Arial Unicode MS" w:cs="Arial Unicode MS"/>
          <w:sz w:val="20"/>
          <w:szCs w:val="20"/>
        </w:rPr>
      </w:pPr>
      <w:r w:rsidRPr="005D7EA2">
        <w:rPr>
          <w:rFonts w:ascii="Arial Unicode MS" w:eastAsia="Arial Unicode MS" w:hAnsi="Arial Unicode MS" w:cs="Arial Unicode MS"/>
          <w:sz w:val="20"/>
          <w:szCs w:val="20"/>
        </w:rPr>
        <w:br/>
      </w:r>
    </w:p>
    <w:sectPr w:rsidR="00114E0A" w:rsidRPr="005D7EA2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5A01" w:rsidRDefault="003E5A01" w:rsidP="00255EB4">
      <w:pPr>
        <w:spacing w:after="0" w:line="240" w:lineRule="auto"/>
      </w:pPr>
      <w:r>
        <w:separator/>
      </w:r>
    </w:p>
  </w:endnote>
  <w:endnote w:type="continuationSeparator" w:id="0">
    <w:p w:rsidR="003E5A01" w:rsidRDefault="003E5A01" w:rsidP="00255E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86374077"/>
      <w:docPartObj>
        <w:docPartGallery w:val="Page Numbers (Bottom of Page)"/>
        <w:docPartUnique/>
      </w:docPartObj>
    </w:sdtPr>
    <w:sdtEndPr>
      <w:rPr>
        <w:rFonts w:ascii="Arial Rounded MT Bold" w:hAnsi="Arial Rounded MT Bold"/>
        <w:sz w:val="18"/>
        <w:szCs w:val="18"/>
      </w:rPr>
    </w:sdtEndPr>
    <w:sdtContent>
      <w:p w:rsidR="00973B48" w:rsidRPr="005D7EA2" w:rsidRDefault="00973B48">
        <w:pPr>
          <w:pStyle w:val="Rodap"/>
          <w:jc w:val="right"/>
          <w:rPr>
            <w:rFonts w:ascii="Arial Rounded MT Bold" w:hAnsi="Arial Rounded MT Bold"/>
            <w:sz w:val="18"/>
            <w:szCs w:val="18"/>
          </w:rPr>
        </w:pPr>
        <w:r w:rsidRPr="005D7EA2">
          <w:rPr>
            <w:rFonts w:ascii="Arial Rounded MT Bold" w:hAnsi="Arial Rounded MT Bold"/>
            <w:sz w:val="18"/>
            <w:szCs w:val="18"/>
          </w:rPr>
          <w:fldChar w:fldCharType="begin"/>
        </w:r>
        <w:r w:rsidRPr="005D7EA2">
          <w:rPr>
            <w:rFonts w:ascii="Arial Rounded MT Bold" w:hAnsi="Arial Rounded MT Bold"/>
            <w:sz w:val="18"/>
            <w:szCs w:val="18"/>
          </w:rPr>
          <w:instrText>PAGE   \* MERGEFORMAT</w:instrText>
        </w:r>
        <w:r w:rsidRPr="005D7EA2">
          <w:rPr>
            <w:rFonts w:ascii="Arial Rounded MT Bold" w:hAnsi="Arial Rounded MT Bold"/>
            <w:sz w:val="18"/>
            <w:szCs w:val="18"/>
          </w:rPr>
          <w:fldChar w:fldCharType="separate"/>
        </w:r>
        <w:r w:rsidR="008C497C" w:rsidRPr="008C497C">
          <w:rPr>
            <w:rFonts w:ascii="Arial Rounded MT Bold" w:hAnsi="Arial Rounded MT Bold"/>
            <w:noProof/>
            <w:sz w:val="18"/>
            <w:szCs w:val="18"/>
            <w:lang w:val="pt-BR"/>
          </w:rPr>
          <w:t>4</w:t>
        </w:r>
        <w:r w:rsidRPr="005D7EA2">
          <w:rPr>
            <w:rFonts w:ascii="Arial Rounded MT Bold" w:hAnsi="Arial Rounded MT Bold"/>
            <w:sz w:val="18"/>
            <w:szCs w:val="18"/>
          </w:rPr>
          <w:fldChar w:fldCharType="end"/>
        </w:r>
      </w:p>
    </w:sdtContent>
  </w:sdt>
  <w:p w:rsidR="00973B48" w:rsidRDefault="00973B4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5A01" w:rsidRDefault="003E5A01" w:rsidP="00255EB4">
      <w:pPr>
        <w:spacing w:after="0" w:line="240" w:lineRule="auto"/>
      </w:pPr>
      <w:r>
        <w:separator/>
      </w:r>
    </w:p>
  </w:footnote>
  <w:footnote w:type="continuationSeparator" w:id="0">
    <w:p w:rsidR="003E5A01" w:rsidRDefault="003E5A01" w:rsidP="00255E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5EB4" w:rsidRPr="00D90A74" w:rsidRDefault="00D90A74" w:rsidP="00D90A74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-434975</wp:posOffset>
          </wp:positionV>
          <wp:extent cx="7765415" cy="1466801"/>
          <wp:effectExtent l="0" t="0" r="0" b="63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abecalho Projetos - REQUERIMENTO PALOM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15346" cy="14951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80D326E"/>
    <w:multiLevelType w:val="hybridMultilevel"/>
    <w:tmpl w:val="3EB2C7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D0AC9"/>
    <w:rsid w:val="00114E0A"/>
    <w:rsid w:val="0015074B"/>
    <w:rsid w:val="00255EB4"/>
    <w:rsid w:val="0029639D"/>
    <w:rsid w:val="002A756F"/>
    <w:rsid w:val="00326F90"/>
    <w:rsid w:val="003E5A01"/>
    <w:rsid w:val="005D7EA2"/>
    <w:rsid w:val="00860AC7"/>
    <w:rsid w:val="008C497C"/>
    <w:rsid w:val="00933A77"/>
    <w:rsid w:val="00973B48"/>
    <w:rsid w:val="00A06D2C"/>
    <w:rsid w:val="00AA1D8D"/>
    <w:rsid w:val="00B47730"/>
    <w:rsid w:val="00CB0664"/>
    <w:rsid w:val="00D90A7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docId w15:val="{AD06BDE9-973D-4C16-9BF5-09022779C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0C6D8E7-A9ED-48C1-B5F6-4CF229DC4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321</Words>
  <Characters>1734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2051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Elizabeth Costa Rezende</cp:lastModifiedBy>
  <cp:revision>3</cp:revision>
  <dcterms:created xsi:type="dcterms:W3CDTF">2026-03-09T18:20:00Z</dcterms:created>
  <dcterms:modified xsi:type="dcterms:W3CDTF">2026-03-09T18:37:00Z</dcterms:modified>
  <cp:category/>
</cp:coreProperties>
</file>