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CA" w:rsidRPr="00911410" w:rsidRDefault="005C69BC" w:rsidP="007A1092">
      <w:pPr>
        <w:tabs>
          <w:tab w:val="left" w:pos="1755"/>
        </w:tabs>
        <w:rPr>
          <w:rFonts w:asciiTheme="majorHAnsi" w:eastAsia="Arial Unicode MS" w:hAnsiTheme="majorHAnsi" w:cstheme="majorHAnsi"/>
          <w:sz w:val="20"/>
          <w:szCs w:val="20"/>
        </w:rPr>
      </w:pPr>
      <w:r w:rsidRPr="00911410">
        <w:rPr>
          <w:rFonts w:asciiTheme="majorHAnsi" w:eastAsia="Arial Unicode MS" w:hAnsiTheme="majorHAnsi" w:cstheme="majorHAnsi"/>
          <w:sz w:val="20"/>
          <w:szCs w:val="20"/>
        </w:rPr>
        <w:tab/>
      </w:r>
    </w:p>
    <w:p w:rsidR="004A56C9" w:rsidRPr="00911410" w:rsidRDefault="005C69BC" w:rsidP="004A56C9">
      <w:pPr>
        <w:pStyle w:val="Ttulo1"/>
        <w:rPr>
          <w:rFonts w:eastAsia="Arial Unicode MS" w:cstheme="majorHAnsi"/>
          <w:b w:val="0"/>
          <w:color w:val="auto"/>
          <w:sz w:val="24"/>
          <w:szCs w:val="24"/>
        </w:rPr>
      </w:pPr>
      <w:r w:rsidRPr="004A5133">
        <w:rPr>
          <w:rFonts w:eastAsia="Arial Unicode MS" w:cstheme="majorHAnsi"/>
          <w:b w:val="0"/>
          <w:color w:val="auto"/>
          <w:sz w:val="24"/>
          <w:szCs w:val="24"/>
        </w:rPr>
        <w:t>I</w:t>
      </w:r>
      <w:r w:rsidR="000D0AC9" w:rsidRPr="004A5133">
        <w:rPr>
          <w:rFonts w:eastAsia="Arial Unicode MS" w:cstheme="majorHAnsi"/>
          <w:b w:val="0"/>
          <w:color w:val="auto"/>
          <w:sz w:val="24"/>
          <w:szCs w:val="24"/>
        </w:rPr>
        <w:t xml:space="preserve"> – </w:t>
      </w:r>
      <w:proofErr w:type="spellStart"/>
      <w:r w:rsidR="00911410" w:rsidRPr="004A5133">
        <w:rPr>
          <w:rFonts w:eastAsia="Arial Unicode MS" w:cstheme="majorHAnsi"/>
          <w:b w:val="0"/>
          <w:color w:val="auto"/>
          <w:sz w:val="24"/>
          <w:szCs w:val="24"/>
        </w:rPr>
        <w:t>Informações</w:t>
      </w:r>
      <w:proofErr w:type="spellEnd"/>
      <w:r w:rsidR="005F22CA"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do </w:t>
      </w:r>
      <w:proofErr w:type="spellStart"/>
      <w:r w:rsidR="005F22CA" w:rsidRPr="00911410">
        <w:rPr>
          <w:rFonts w:eastAsia="Arial Unicode MS" w:cstheme="majorHAnsi"/>
          <w:b w:val="0"/>
          <w:color w:val="auto"/>
          <w:sz w:val="24"/>
          <w:szCs w:val="24"/>
        </w:rPr>
        <w:t>solicitante</w:t>
      </w:r>
      <w:proofErr w:type="spellEnd"/>
      <w:r w:rsidR="004A56C9" w:rsidRPr="00911410">
        <w:rPr>
          <w:rFonts w:eastAsia="Arial Unicode MS" w:cstheme="majorHAnsi"/>
          <w:b w:val="0"/>
          <w:color w:val="auto"/>
          <w:sz w:val="24"/>
          <w:szCs w:val="24"/>
        </w:rPr>
        <w:t>:</w:t>
      </w:r>
      <w:bookmarkStart w:id="0" w:name="_GoBack"/>
      <w:bookmarkEnd w:id="0"/>
    </w:p>
    <w:p w:rsidR="004A56C9" w:rsidRPr="00911410" w:rsidRDefault="004A56C9" w:rsidP="004A56C9">
      <w:pPr>
        <w:rPr>
          <w:rFonts w:asciiTheme="majorHAnsi" w:hAnsiTheme="majorHAnsi" w:cstheme="majorHAnsi"/>
        </w:rPr>
      </w:pPr>
    </w:p>
    <w:tbl>
      <w:tblPr>
        <w:tblStyle w:val="Tabelacomgrade"/>
        <w:tblW w:w="889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5641"/>
      </w:tblGrid>
      <w:tr w:rsidR="005C69BC" w:rsidRPr="00911410" w:rsidTr="00911410">
        <w:tc>
          <w:tcPr>
            <w:tcW w:w="3256" w:type="dxa"/>
          </w:tcPr>
          <w:p w:rsidR="005C69BC" w:rsidRPr="00911410" w:rsidRDefault="005C69BC" w:rsidP="00911410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Projeto</w:t>
            </w:r>
            <w:r w:rsidR="005F22CA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641" w:type="dxa"/>
          </w:tcPr>
          <w:p w:rsidR="005C69BC" w:rsidRPr="00911410" w:rsidRDefault="005C69BC" w:rsidP="00255EB4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114E0A" w:rsidRPr="00911410" w:rsidTr="00911410">
        <w:tc>
          <w:tcPr>
            <w:tcW w:w="3256" w:type="dxa"/>
          </w:tcPr>
          <w:p w:rsidR="00114E0A" w:rsidRPr="00911410" w:rsidRDefault="000D0AC9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Nome </w:t>
            </w:r>
            <w:proofErr w:type="spellStart"/>
            <w:r w:rsid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completo</w:t>
            </w:r>
            <w:proofErr w:type="spellEnd"/>
            <w:r w:rsidR="005F22CA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641" w:type="dxa"/>
          </w:tcPr>
          <w:p w:rsidR="00114E0A" w:rsidRPr="00911410" w:rsidRDefault="00114E0A" w:rsidP="00255EB4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114E0A" w:rsidRPr="00911410" w:rsidTr="00911410">
        <w:tc>
          <w:tcPr>
            <w:tcW w:w="3256" w:type="dxa"/>
          </w:tcPr>
          <w:p w:rsidR="00114E0A" w:rsidRPr="00911410" w:rsidRDefault="002F04CA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CPF</w:t>
            </w:r>
            <w:r w:rsidR="005F22CA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641" w:type="dxa"/>
          </w:tcPr>
          <w:p w:rsidR="00114E0A" w:rsidRPr="00911410" w:rsidRDefault="00114E0A" w:rsidP="00255EB4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2F04CA" w:rsidRPr="00911410" w:rsidTr="00911410">
        <w:tc>
          <w:tcPr>
            <w:tcW w:w="3256" w:type="dxa"/>
          </w:tcPr>
          <w:p w:rsidR="002F04CA" w:rsidRPr="00911410" w:rsidRDefault="002F04CA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Endereço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</w:t>
            </w:r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(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logradouro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="00911410"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rua</w:t>
            </w:r>
            <w:proofErr w:type="spellEnd"/>
            <w:r w:rsidR="00911410"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="00911410"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avenida</w:t>
            </w:r>
            <w:proofErr w:type="spellEnd"/>
            <w:r w:rsidR="00911410"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="00911410"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>dentre</w:t>
            </w:r>
            <w:proofErr w:type="spellEnd"/>
            <w:r w:rsidR="00911410" w:rsidRPr="00911410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 outros)</w:t>
            </w:r>
          </w:p>
        </w:tc>
        <w:tc>
          <w:tcPr>
            <w:tcW w:w="5641" w:type="dxa"/>
          </w:tcPr>
          <w:p w:rsidR="002F04CA" w:rsidRPr="00911410" w:rsidRDefault="002F04CA" w:rsidP="002F04CA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911410" w:rsidRPr="00911410" w:rsidTr="00911410">
        <w:tc>
          <w:tcPr>
            <w:tcW w:w="3256" w:type="dxa"/>
          </w:tcPr>
          <w:p w:rsidR="00911410" w:rsidRPr="00911410" w:rsidRDefault="00911410" w:rsidP="00911410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N</w:t>
            </w: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úmero</w:t>
            </w:r>
            <w:proofErr w:type="spellEnd"/>
          </w:p>
        </w:tc>
        <w:tc>
          <w:tcPr>
            <w:tcW w:w="5641" w:type="dxa"/>
          </w:tcPr>
          <w:p w:rsidR="00911410" w:rsidRPr="00911410" w:rsidRDefault="00911410" w:rsidP="002F04CA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911410" w:rsidRPr="00911410" w:rsidTr="00911410">
        <w:tc>
          <w:tcPr>
            <w:tcW w:w="3256" w:type="dxa"/>
          </w:tcPr>
          <w:p w:rsidR="00911410" w:rsidRPr="00911410" w:rsidRDefault="00911410" w:rsidP="00911410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Bairro</w:t>
            </w:r>
            <w:proofErr w:type="spellEnd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complemento</w:t>
            </w:r>
            <w:proofErr w:type="spellEnd"/>
          </w:p>
        </w:tc>
        <w:tc>
          <w:tcPr>
            <w:tcW w:w="5641" w:type="dxa"/>
          </w:tcPr>
          <w:p w:rsidR="00911410" w:rsidRPr="00911410" w:rsidRDefault="00911410" w:rsidP="002F04CA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911410" w:rsidRPr="00911410" w:rsidTr="00911410">
        <w:tc>
          <w:tcPr>
            <w:tcW w:w="3256" w:type="dxa"/>
          </w:tcPr>
          <w:p w:rsidR="00911410" w:rsidRPr="00911410" w:rsidRDefault="00911410" w:rsidP="00911410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M</w:t>
            </w: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unicípio</w:t>
            </w:r>
            <w:proofErr w:type="spellEnd"/>
          </w:p>
        </w:tc>
        <w:tc>
          <w:tcPr>
            <w:tcW w:w="5641" w:type="dxa"/>
          </w:tcPr>
          <w:p w:rsidR="00911410" w:rsidRPr="00911410" w:rsidRDefault="00911410" w:rsidP="002F04CA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911410" w:rsidRPr="00911410" w:rsidTr="00911410">
        <w:tc>
          <w:tcPr>
            <w:tcW w:w="3256" w:type="dxa"/>
          </w:tcPr>
          <w:p w:rsidR="00911410" w:rsidRPr="00911410" w:rsidRDefault="00911410" w:rsidP="00911410">
            <w:pPr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>
              <w:rPr>
                <w:rFonts w:asciiTheme="majorHAnsi" w:eastAsia="Arial Unicode MS" w:hAnsiTheme="majorHAnsi" w:cstheme="majorHAnsi"/>
                <w:sz w:val="24"/>
                <w:szCs w:val="24"/>
              </w:rPr>
              <w:t>Estado</w:t>
            </w:r>
          </w:p>
        </w:tc>
        <w:tc>
          <w:tcPr>
            <w:tcW w:w="5641" w:type="dxa"/>
          </w:tcPr>
          <w:p w:rsidR="00911410" w:rsidRPr="00911410" w:rsidRDefault="00911410" w:rsidP="002F04CA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2F04CA" w:rsidRPr="00911410" w:rsidTr="00911410">
        <w:tc>
          <w:tcPr>
            <w:tcW w:w="3256" w:type="dxa"/>
          </w:tcPr>
          <w:p w:rsidR="002F04CA" w:rsidRPr="00911410" w:rsidRDefault="002F04CA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Telefone</w:t>
            </w:r>
            <w:proofErr w:type="spellEnd"/>
            <w:r w:rsidR="002D6646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641" w:type="dxa"/>
          </w:tcPr>
          <w:p w:rsidR="002F04CA" w:rsidRPr="00911410" w:rsidRDefault="002F04CA" w:rsidP="002F04CA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2F04CA" w:rsidRPr="00911410" w:rsidTr="00911410">
        <w:tc>
          <w:tcPr>
            <w:tcW w:w="3256" w:type="dxa"/>
          </w:tcPr>
          <w:p w:rsidR="002F04CA" w:rsidRPr="00911410" w:rsidRDefault="002F04CA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E-mail</w:t>
            </w:r>
            <w:r w:rsidR="002D6646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641" w:type="dxa"/>
          </w:tcPr>
          <w:p w:rsidR="002F04CA" w:rsidRPr="00911410" w:rsidRDefault="002F04CA" w:rsidP="002F04CA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2F04CA" w:rsidRPr="00911410" w:rsidTr="00911410">
        <w:tc>
          <w:tcPr>
            <w:tcW w:w="3256" w:type="dxa"/>
          </w:tcPr>
          <w:p w:rsidR="002F04CA" w:rsidRPr="00911410" w:rsidRDefault="002F04CA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Valor da Nota Fiscal</w:t>
            </w:r>
            <w:r w:rsid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(R$):</w:t>
            </w:r>
          </w:p>
        </w:tc>
        <w:tc>
          <w:tcPr>
            <w:tcW w:w="5641" w:type="dxa"/>
          </w:tcPr>
          <w:p w:rsidR="002F04CA" w:rsidRPr="00911410" w:rsidRDefault="002F04CA" w:rsidP="002F04CA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2F04CA" w:rsidRPr="00911410" w:rsidTr="00911410">
        <w:tc>
          <w:tcPr>
            <w:tcW w:w="3256" w:type="dxa"/>
          </w:tcPr>
          <w:p w:rsidR="002F04CA" w:rsidRPr="00911410" w:rsidRDefault="002F04CA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Data de </w:t>
            </w: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vencimento</w:t>
            </w:r>
            <w:proofErr w:type="spellEnd"/>
            <w:r w:rsidR="002D6646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641" w:type="dxa"/>
          </w:tcPr>
          <w:p w:rsidR="002F04CA" w:rsidRPr="00911410" w:rsidRDefault="002F04CA" w:rsidP="002F04CA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  <w:tr w:rsidR="002F04CA" w:rsidRPr="00911410" w:rsidTr="00911410">
        <w:tc>
          <w:tcPr>
            <w:tcW w:w="3256" w:type="dxa"/>
          </w:tcPr>
          <w:p w:rsidR="002F04CA" w:rsidRPr="00911410" w:rsidRDefault="002F04CA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Descrição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82149E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detalhada</w:t>
            </w:r>
            <w:proofErr w:type="spellEnd"/>
            <w:r w:rsidR="0082149E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="0082149E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serviço</w:t>
            </w:r>
            <w:proofErr w:type="spellEnd"/>
            <w:r w:rsidR="0082149E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82149E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prestado</w:t>
            </w:r>
            <w:proofErr w:type="spellEnd"/>
            <w:r w:rsidR="0082149E"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641" w:type="dxa"/>
          </w:tcPr>
          <w:p w:rsidR="002F04CA" w:rsidRPr="00911410" w:rsidRDefault="002F04CA" w:rsidP="002F04CA">
            <w:pPr>
              <w:tabs>
                <w:tab w:val="left" w:pos="1440"/>
              </w:tabs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ab/>
            </w:r>
          </w:p>
        </w:tc>
      </w:tr>
      <w:tr w:rsidR="002F04CA" w:rsidRPr="00911410" w:rsidTr="00911410">
        <w:tc>
          <w:tcPr>
            <w:tcW w:w="3256" w:type="dxa"/>
          </w:tcPr>
          <w:p w:rsidR="002F04CA" w:rsidRPr="00911410" w:rsidRDefault="002F04CA" w:rsidP="00911410">
            <w:pPr>
              <w:spacing w:line="276" w:lineRule="auto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proofErr w:type="spellStart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>Observações</w:t>
            </w:r>
            <w:proofErr w:type="spellEnd"/>
            <w:r w:rsidRPr="00911410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: </w:t>
            </w:r>
          </w:p>
        </w:tc>
        <w:tc>
          <w:tcPr>
            <w:tcW w:w="5641" w:type="dxa"/>
          </w:tcPr>
          <w:p w:rsidR="002F04CA" w:rsidRPr="00911410" w:rsidRDefault="002F04CA" w:rsidP="002F04CA">
            <w:pPr>
              <w:spacing w:line="276" w:lineRule="auto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</w:tbl>
    <w:p w:rsidR="00911410" w:rsidRDefault="0082149E" w:rsidP="00911410">
      <w:pPr>
        <w:pStyle w:val="Ttulo1"/>
        <w:jc w:val="both"/>
        <w:rPr>
          <w:rFonts w:eastAsia="Arial Unicode MS" w:cstheme="majorHAnsi"/>
          <w:b w:val="0"/>
          <w:color w:val="auto"/>
          <w:sz w:val="24"/>
          <w:szCs w:val="24"/>
        </w:rPr>
      </w:pPr>
      <w:r w:rsidRPr="00911410">
        <w:rPr>
          <w:rFonts w:eastAsia="Arial Unicode MS" w:cstheme="majorHAnsi"/>
          <w:color w:val="auto"/>
          <w:sz w:val="24"/>
          <w:szCs w:val="24"/>
        </w:rPr>
        <w:t xml:space="preserve">II </w:t>
      </w:r>
      <w:r w:rsidR="00911410">
        <w:rPr>
          <w:rFonts w:eastAsia="Arial Unicode MS" w:cstheme="majorHAnsi"/>
          <w:color w:val="auto"/>
          <w:sz w:val="24"/>
          <w:szCs w:val="24"/>
        </w:rPr>
        <w:t>–</w:t>
      </w:r>
      <w:r w:rsidRPr="00911410">
        <w:rPr>
          <w:rFonts w:eastAsia="Arial Unicode MS" w:cstheme="majorHAnsi"/>
          <w:color w:val="auto"/>
          <w:sz w:val="24"/>
          <w:szCs w:val="24"/>
        </w:rPr>
        <w:t xml:space="preserve"> </w:t>
      </w:r>
      <w:proofErr w:type="spellStart"/>
      <w:r w:rsidRPr="00911410">
        <w:rPr>
          <w:rFonts w:eastAsia="Arial Unicode MS" w:cstheme="majorHAnsi"/>
          <w:b w:val="0"/>
          <w:color w:val="auto"/>
          <w:sz w:val="24"/>
          <w:szCs w:val="24"/>
        </w:rPr>
        <w:t>Encaminhar</w:t>
      </w:r>
      <w:proofErr w:type="spellEnd"/>
      <w:r w:rsid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="00911410">
        <w:rPr>
          <w:rFonts w:eastAsia="Arial Unicode MS" w:cstheme="majorHAnsi"/>
          <w:b w:val="0"/>
          <w:color w:val="auto"/>
          <w:sz w:val="24"/>
          <w:szCs w:val="24"/>
        </w:rPr>
        <w:t>por</w:t>
      </w:r>
      <w:proofErr w:type="spellEnd"/>
      <w:r w:rsidR="00911410">
        <w:rPr>
          <w:rFonts w:eastAsia="Arial Unicode MS" w:cstheme="majorHAnsi"/>
          <w:b w:val="0"/>
          <w:color w:val="auto"/>
          <w:sz w:val="24"/>
          <w:szCs w:val="24"/>
        </w:rPr>
        <w:t xml:space="preserve"> e-mail para o </w:t>
      </w:r>
      <w:proofErr w:type="spellStart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>analista</w:t>
      </w:r>
      <w:proofErr w:type="spellEnd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>responsável</w:t>
      </w:r>
      <w:proofErr w:type="spellEnd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>pelo</w:t>
      </w:r>
      <w:proofErr w:type="spellEnd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>projeto</w:t>
      </w:r>
      <w:proofErr w:type="spellEnd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>ou</w:t>
      </w:r>
      <w:proofErr w:type="spellEnd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 xml:space="preserve"> via Sistema </w:t>
      </w:r>
      <w:proofErr w:type="spellStart"/>
      <w:r w:rsidR="00911410" w:rsidRPr="00911410">
        <w:rPr>
          <w:rFonts w:eastAsia="Arial Unicode MS" w:cstheme="majorHAnsi"/>
          <w:b w:val="0"/>
          <w:color w:val="auto"/>
          <w:sz w:val="24"/>
          <w:szCs w:val="24"/>
        </w:rPr>
        <w:t>Conveniar</w:t>
      </w:r>
      <w:proofErr w:type="spellEnd"/>
      <w:r w:rsidR="00911410">
        <w:rPr>
          <w:rFonts w:eastAsia="Arial Unicode MS" w:cstheme="majorHAnsi"/>
          <w:b w:val="0"/>
          <w:color w:val="auto"/>
          <w:sz w:val="24"/>
          <w:szCs w:val="24"/>
        </w:rPr>
        <w:t>:</w:t>
      </w:r>
    </w:p>
    <w:p w:rsidR="00911410" w:rsidRDefault="00911410" w:rsidP="00911410">
      <w:pPr>
        <w:pStyle w:val="Ttulo1"/>
        <w:numPr>
          <w:ilvl w:val="0"/>
          <w:numId w:val="12"/>
        </w:numPr>
        <w:jc w:val="both"/>
        <w:rPr>
          <w:rFonts w:eastAsia="Arial Unicode MS" w:cstheme="majorHAnsi"/>
          <w:b w:val="0"/>
          <w:color w:val="auto"/>
          <w:sz w:val="24"/>
          <w:szCs w:val="24"/>
        </w:rPr>
      </w:pP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Formulário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de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solicitação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para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emissão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de nota fiscal – Pessoa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Física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(</w:t>
      </w:r>
      <w:proofErr w:type="spellStart"/>
      <w:r w:rsidR="007A1092">
        <w:rPr>
          <w:rFonts w:eastAsia="Arial Unicode MS" w:cstheme="majorHAnsi"/>
          <w:b w:val="0"/>
          <w:color w:val="auto"/>
          <w:sz w:val="24"/>
          <w:szCs w:val="24"/>
        </w:rPr>
        <w:t>devidamente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eastAsia="Arial Unicode MS" w:cstheme="majorHAnsi"/>
          <w:b w:val="0"/>
          <w:color w:val="auto"/>
          <w:sz w:val="24"/>
          <w:szCs w:val="24"/>
        </w:rPr>
        <w:t>preenchido</w:t>
      </w:r>
      <w:proofErr w:type="spellEnd"/>
      <w:r>
        <w:rPr>
          <w:rFonts w:eastAsia="Arial Unicode MS" w:cstheme="majorHAnsi"/>
          <w:b w:val="0"/>
          <w:color w:val="auto"/>
          <w:sz w:val="24"/>
          <w:szCs w:val="24"/>
        </w:rPr>
        <w:t>) e;</w:t>
      </w:r>
    </w:p>
    <w:p w:rsidR="00911410" w:rsidRPr="00911410" w:rsidRDefault="00911410" w:rsidP="00911410">
      <w:pPr>
        <w:pStyle w:val="PargrafodaLista"/>
        <w:numPr>
          <w:ilvl w:val="0"/>
          <w:numId w:val="12"/>
        </w:numPr>
        <w:rPr>
          <w:rFonts w:asciiTheme="majorHAnsi" w:eastAsia="Arial Unicode MS" w:hAnsiTheme="majorHAnsi" w:cstheme="majorHAnsi"/>
          <w:bCs/>
          <w:sz w:val="24"/>
          <w:szCs w:val="24"/>
        </w:rPr>
      </w:pPr>
      <w:proofErr w:type="spellStart"/>
      <w:r w:rsidRPr="00911410">
        <w:rPr>
          <w:rFonts w:asciiTheme="majorHAnsi" w:eastAsia="Arial Unicode MS" w:hAnsiTheme="majorHAnsi" w:cstheme="majorHAnsi"/>
          <w:bCs/>
          <w:sz w:val="24"/>
          <w:szCs w:val="24"/>
        </w:rPr>
        <w:t>Comprovante</w:t>
      </w:r>
      <w:proofErr w:type="spellEnd"/>
      <w:r w:rsidRPr="00911410">
        <w:rPr>
          <w:rFonts w:asciiTheme="majorHAnsi" w:eastAsia="Arial Unicode MS" w:hAnsiTheme="majorHAnsi" w:cstheme="majorHAnsi"/>
          <w:bCs/>
          <w:sz w:val="24"/>
          <w:szCs w:val="24"/>
        </w:rPr>
        <w:t xml:space="preserve"> de </w:t>
      </w:r>
      <w:proofErr w:type="spellStart"/>
      <w:r w:rsidRPr="00911410">
        <w:rPr>
          <w:rFonts w:asciiTheme="majorHAnsi" w:eastAsia="Arial Unicode MS" w:hAnsiTheme="majorHAnsi" w:cstheme="majorHAnsi"/>
          <w:bCs/>
          <w:sz w:val="24"/>
          <w:szCs w:val="24"/>
        </w:rPr>
        <w:t>pagamento</w:t>
      </w:r>
      <w:proofErr w:type="spellEnd"/>
    </w:p>
    <w:p w:rsidR="0082149E" w:rsidRPr="00911410" w:rsidRDefault="0082149E" w:rsidP="007A1092">
      <w:pPr>
        <w:pStyle w:val="PargrafodaLista"/>
        <w:rPr>
          <w:rFonts w:asciiTheme="majorHAnsi" w:hAnsiTheme="majorHAnsi" w:cstheme="majorHAnsi"/>
          <w:bCs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11"/>
        <w:gridCol w:w="2940"/>
        <w:gridCol w:w="3089"/>
      </w:tblGrid>
      <w:tr w:rsidR="00255EB4" w:rsidRPr="00911410" w:rsidTr="005C69BC"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</w:tcPr>
          <w:p w:rsidR="00255EB4" w:rsidRPr="00911410" w:rsidRDefault="00255EB4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B71C23" w:rsidRPr="00911410" w:rsidRDefault="00B71C23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255EB4" w:rsidRPr="00911410" w:rsidRDefault="00255EB4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</w:tr>
    </w:tbl>
    <w:p w:rsidR="00114E0A" w:rsidRPr="00911410" w:rsidRDefault="00114E0A" w:rsidP="00B71C23">
      <w:pPr>
        <w:rPr>
          <w:rFonts w:asciiTheme="majorHAnsi" w:eastAsia="Arial Unicode MS" w:hAnsiTheme="majorHAnsi" w:cstheme="majorHAnsi"/>
          <w:sz w:val="24"/>
          <w:szCs w:val="24"/>
        </w:rPr>
      </w:pPr>
    </w:p>
    <w:sectPr w:rsidR="00114E0A" w:rsidRPr="00911410" w:rsidSect="007A1092">
      <w:headerReference w:type="default" r:id="rId8"/>
      <w:footerReference w:type="default" r:id="rId9"/>
      <w:pgSz w:w="12240" w:h="15840"/>
      <w:pgMar w:top="1440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49F" w:rsidRDefault="005D449F" w:rsidP="00255EB4">
      <w:pPr>
        <w:spacing w:after="0" w:line="240" w:lineRule="auto"/>
      </w:pPr>
      <w:r>
        <w:separator/>
      </w:r>
    </w:p>
  </w:endnote>
  <w:endnote w:type="continuationSeparator" w:id="0">
    <w:p w:rsidR="005D449F" w:rsidRDefault="005D449F" w:rsidP="0025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6374077"/>
      <w:docPartObj>
        <w:docPartGallery w:val="Page Numbers (Bottom of Page)"/>
        <w:docPartUnique/>
      </w:docPartObj>
    </w:sdtPr>
    <w:sdtEndPr>
      <w:rPr>
        <w:rFonts w:ascii="Arial Rounded MT Bold" w:hAnsi="Arial Rounded MT Bold"/>
        <w:sz w:val="18"/>
        <w:szCs w:val="18"/>
      </w:rPr>
    </w:sdtEndPr>
    <w:sdtContent>
      <w:p w:rsidR="00973B48" w:rsidRPr="005D7EA2" w:rsidRDefault="00973B48">
        <w:pPr>
          <w:pStyle w:val="Rodap"/>
          <w:jc w:val="right"/>
          <w:rPr>
            <w:rFonts w:ascii="Arial Rounded MT Bold" w:hAnsi="Arial Rounded MT Bold"/>
            <w:sz w:val="18"/>
            <w:szCs w:val="18"/>
          </w:rPr>
        </w:pPr>
        <w:r w:rsidRPr="005D7EA2">
          <w:rPr>
            <w:rFonts w:ascii="Arial Rounded MT Bold" w:hAnsi="Arial Rounded MT Bold"/>
            <w:sz w:val="18"/>
            <w:szCs w:val="18"/>
          </w:rPr>
          <w:fldChar w:fldCharType="begin"/>
        </w:r>
        <w:r w:rsidRPr="005D7EA2">
          <w:rPr>
            <w:rFonts w:ascii="Arial Rounded MT Bold" w:hAnsi="Arial Rounded MT Bold"/>
            <w:sz w:val="18"/>
            <w:szCs w:val="18"/>
          </w:rPr>
          <w:instrText>PAGE   \* MERGEFORMAT</w:instrText>
        </w:r>
        <w:r w:rsidRPr="005D7EA2">
          <w:rPr>
            <w:rFonts w:ascii="Arial Rounded MT Bold" w:hAnsi="Arial Rounded MT Bold"/>
            <w:sz w:val="18"/>
            <w:szCs w:val="18"/>
          </w:rPr>
          <w:fldChar w:fldCharType="separate"/>
        </w:r>
        <w:r w:rsidR="004A5133" w:rsidRPr="004A5133">
          <w:rPr>
            <w:rFonts w:ascii="Arial Rounded MT Bold" w:hAnsi="Arial Rounded MT Bold"/>
            <w:noProof/>
            <w:sz w:val="18"/>
            <w:szCs w:val="18"/>
            <w:lang w:val="pt-BR"/>
          </w:rPr>
          <w:t>1</w:t>
        </w:r>
        <w:r w:rsidRPr="005D7EA2">
          <w:rPr>
            <w:rFonts w:ascii="Arial Rounded MT Bold" w:hAnsi="Arial Rounded MT Bold"/>
            <w:sz w:val="18"/>
            <w:szCs w:val="18"/>
          </w:rPr>
          <w:fldChar w:fldCharType="end"/>
        </w:r>
      </w:p>
    </w:sdtContent>
  </w:sdt>
  <w:p w:rsidR="00973B48" w:rsidRDefault="00973B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49F" w:rsidRDefault="005D449F" w:rsidP="00255EB4">
      <w:pPr>
        <w:spacing w:after="0" w:line="240" w:lineRule="auto"/>
      </w:pPr>
      <w:r>
        <w:separator/>
      </w:r>
    </w:p>
  </w:footnote>
  <w:footnote w:type="continuationSeparator" w:id="0">
    <w:p w:rsidR="005D449F" w:rsidRDefault="005D449F" w:rsidP="0025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092" w:rsidRDefault="007A1092" w:rsidP="007A1092">
    <w:pPr>
      <w:pStyle w:val="Cabealho"/>
      <w:ind w:hanging="1800"/>
    </w:pPr>
    <w:r>
      <w:rPr>
        <w:noProof/>
        <w:lang w:val="pt-BR" w:eastAsia="pt-BR"/>
      </w:rPr>
      <w:drawing>
        <wp:inline distT="0" distB="0" distL="0" distR="0" wp14:anchorId="1AB47E65" wp14:editId="1B8BC426">
          <wp:extent cx="7762875" cy="211592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376" cy="2149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0D326E"/>
    <w:multiLevelType w:val="hybridMultilevel"/>
    <w:tmpl w:val="3EB2C7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163DB"/>
    <w:multiLevelType w:val="hybridMultilevel"/>
    <w:tmpl w:val="253CD030"/>
    <w:lvl w:ilvl="0" w:tplc="2AB486A6">
      <w:start w:val="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0668E"/>
    <w:multiLevelType w:val="hybridMultilevel"/>
    <w:tmpl w:val="55C607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3636"/>
    <w:rsid w:val="0006063C"/>
    <w:rsid w:val="00074966"/>
    <w:rsid w:val="000B1540"/>
    <w:rsid w:val="000D0AC9"/>
    <w:rsid w:val="000D5025"/>
    <w:rsid w:val="00100BF6"/>
    <w:rsid w:val="0010460A"/>
    <w:rsid w:val="00114E0A"/>
    <w:rsid w:val="001270E1"/>
    <w:rsid w:val="0015074B"/>
    <w:rsid w:val="001A7612"/>
    <w:rsid w:val="00211B49"/>
    <w:rsid w:val="00255EB4"/>
    <w:rsid w:val="0029639D"/>
    <w:rsid w:val="002A756F"/>
    <w:rsid w:val="002D6646"/>
    <w:rsid w:val="002F04CA"/>
    <w:rsid w:val="00326F90"/>
    <w:rsid w:val="003E5A01"/>
    <w:rsid w:val="00457F6B"/>
    <w:rsid w:val="00491886"/>
    <w:rsid w:val="004A5133"/>
    <w:rsid w:val="004A56C9"/>
    <w:rsid w:val="00505A0D"/>
    <w:rsid w:val="005C69BC"/>
    <w:rsid w:val="005D449F"/>
    <w:rsid w:val="005D7EA2"/>
    <w:rsid w:val="005F22CA"/>
    <w:rsid w:val="006564F8"/>
    <w:rsid w:val="006B5CB9"/>
    <w:rsid w:val="006D439B"/>
    <w:rsid w:val="007042D1"/>
    <w:rsid w:val="007A1092"/>
    <w:rsid w:val="00806A7F"/>
    <w:rsid w:val="0082149E"/>
    <w:rsid w:val="00842948"/>
    <w:rsid w:val="00860AC7"/>
    <w:rsid w:val="00871BB1"/>
    <w:rsid w:val="008C497C"/>
    <w:rsid w:val="00911410"/>
    <w:rsid w:val="00933A77"/>
    <w:rsid w:val="009425B1"/>
    <w:rsid w:val="00973B48"/>
    <w:rsid w:val="009D33A5"/>
    <w:rsid w:val="00A06D2C"/>
    <w:rsid w:val="00AA1D8D"/>
    <w:rsid w:val="00B47730"/>
    <w:rsid w:val="00B71C23"/>
    <w:rsid w:val="00BA5934"/>
    <w:rsid w:val="00C21ED0"/>
    <w:rsid w:val="00C24237"/>
    <w:rsid w:val="00CB0664"/>
    <w:rsid w:val="00D90A74"/>
    <w:rsid w:val="00DB438D"/>
    <w:rsid w:val="00E97CA5"/>
    <w:rsid w:val="00F249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AD06BDE9-973D-4C16-9BF5-09022779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87153A-75B4-4AA4-AE79-7F49F315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Elizabeth Costa Rezende</cp:lastModifiedBy>
  <cp:revision>3</cp:revision>
  <dcterms:created xsi:type="dcterms:W3CDTF">2026-08-20T17:10:00Z</dcterms:created>
  <dcterms:modified xsi:type="dcterms:W3CDTF">2026-08-21T16:36:00Z</dcterms:modified>
  <cp:category/>
</cp:coreProperties>
</file>