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101" w:rsidRPr="00911410" w:rsidRDefault="005C69BC" w:rsidP="00035B46">
      <w:pPr>
        <w:tabs>
          <w:tab w:val="left" w:pos="1755"/>
        </w:tabs>
        <w:spacing w:after="0"/>
        <w:rPr>
          <w:rFonts w:asciiTheme="majorHAnsi" w:eastAsia="Arial Unicode MS" w:hAnsiTheme="majorHAnsi" w:cstheme="majorHAnsi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:rsidR="00BD7101" w:rsidRPr="00911410" w:rsidRDefault="00BD7101" w:rsidP="00BD7101">
      <w:pPr>
        <w:pStyle w:val="Ttulo1"/>
        <w:rPr>
          <w:rFonts w:eastAsia="Arial Unicode MS" w:cstheme="majorHAnsi"/>
          <w:b w:val="0"/>
          <w:color w:val="auto"/>
          <w:sz w:val="24"/>
          <w:szCs w:val="24"/>
        </w:rPr>
      </w:pPr>
      <w:r w:rsidRPr="00911410">
        <w:rPr>
          <w:rFonts w:eastAsia="Arial Unicode MS" w:cstheme="majorHAnsi"/>
          <w:color w:val="auto"/>
          <w:sz w:val="24"/>
          <w:szCs w:val="24"/>
        </w:rPr>
        <w:t>I –</w:t>
      </w:r>
      <w:r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Informações</w:t>
      </w:r>
      <w:proofErr w:type="spellEnd"/>
      <w:r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do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solicitante</w:t>
      </w:r>
      <w:proofErr w:type="spellEnd"/>
      <w:r w:rsidRPr="00911410">
        <w:rPr>
          <w:rFonts w:eastAsia="Arial Unicode MS" w:cstheme="majorHAnsi"/>
          <w:b w:val="0"/>
          <w:color w:val="auto"/>
          <w:sz w:val="24"/>
          <w:szCs w:val="24"/>
        </w:rPr>
        <w:t>:</w:t>
      </w:r>
      <w:bookmarkStart w:id="0" w:name="_GoBack"/>
      <w:bookmarkEnd w:id="0"/>
    </w:p>
    <w:p w:rsidR="00BD7101" w:rsidRPr="00911410" w:rsidRDefault="00BD7101" w:rsidP="00BD7101">
      <w:pPr>
        <w:rPr>
          <w:rFonts w:asciiTheme="majorHAnsi" w:hAnsiTheme="majorHAnsi" w:cstheme="majorHAnsi"/>
        </w:rPr>
      </w:pPr>
    </w:p>
    <w:tbl>
      <w:tblPr>
        <w:tblStyle w:val="Tabelacomgrade"/>
        <w:tblW w:w="889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97"/>
        <w:gridCol w:w="5500"/>
      </w:tblGrid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Projeto: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Razão</w:t>
            </w:r>
            <w:proofErr w:type="spellEnd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Social</w:t>
            </w: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BD7101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C</w:t>
            </w:r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NPJ</w:t>
            </w: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Inscrição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Estadual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(se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houver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):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BD7101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Inscrição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Municipal</w:t>
            </w: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(se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houver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):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Endereço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</w:t>
            </w:r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(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logradouro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rua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avenida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dentre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 outros)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N</w:t>
            </w: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úmero</w:t>
            </w:r>
            <w:proofErr w:type="spellEnd"/>
          </w:p>
        </w:tc>
        <w:tc>
          <w:tcPr>
            <w:tcW w:w="5500" w:type="dxa"/>
          </w:tcPr>
          <w:p w:rsidR="00BD7101" w:rsidRPr="00911410" w:rsidRDefault="00BD7101" w:rsidP="004767CF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Bairro</w:t>
            </w:r>
            <w:proofErr w:type="spellEnd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complemento</w:t>
            </w:r>
            <w:proofErr w:type="spellEnd"/>
          </w:p>
        </w:tc>
        <w:tc>
          <w:tcPr>
            <w:tcW w:w="5500" w:type="dxa"/>
          </w:tcPr>
          <w:p w:rsidR="00BD7101" w:rsidRPr="00911410" w:rsidRDefault="00BD7101" w:rsidP="004767CF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M</w:t>
            </w: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unicípio</w:t>
            </w:r>
            <w:proofErr w:type="spellEnd"/>
          </w:p>
        </w:tc>
        <w:tc>
          <w:tcPr>
            <w:tcW w:w="5500" w:type="dxa"/>
          </w:tcPr>
          <w:p w:rsidR="00BD7101" w:rsidRPr="00911410" w:rsidRDefault="00BD7101" w:rsidP="004767CF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Estado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Telefone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Valor da Nota Fiscal</w:t>
            </w:r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(R$):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Data de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vencimento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Descrição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detalhada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serviço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prestado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tabs>
                <w:tab w:val="left" w:pos="1440"/>
              </w:tabs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ab/>
            </w:r>
          </w:p>
        </w:tc>
      </w:tr>
      <w:tr w:rsidR="00BD7101" w:rsidRPr="00911410" w:rsidTr="00BD7101">
        <w:tc>
          <w:tcPr>
            <w:tcW w:w="3397" w:type="dxa"/>
          </w:tcPr>
          <w:p w:rsidR="00BD7101" w:rsidRPr="00911410" w:rsidRDefault="00BD7101" w:rsidP="004767CF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Observações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: </w:t>
            </w:r>
          </w:p>
        </w:tc>
        <w:tc>
          <w:tcPr>
            <w:tcW w:w="5500" w:type="dxa"/>
          </w:tcPr>
          <w:p w:rsidR="00BD7101" w:rsidRPr="00911410" w:rsidRDefault="00BD7101" w:rsidP="004767CF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</w:tbl>
    <w:p w:rsidR="00BD7101" w:rsidRDefault="00BD7101" w:rsidP="00BD7101">
      <w:pPr>
        <w:pStyle w:val="Ttulo1"/>
        <w:jc w:val="both"/>
        <w:rPr>
          <w:rFonts w:eastAsia="Arial Unicode MS" w:cstheme="majorHAnsi"/>
          <w:b w:val="0"/>
          <w:color w:val="auto"/>
          <w:sz w:val="24"/>
          <w:szCs w:val="24"/>
        </w:rPr>
      </w:pPr>
      <w:r w:rsidRPr="00911410">
        <w:rPr>
          <w:rFonts w:eastAsia="Arial Unicode MS" w:cstheme="majorHAnsi"/>
          <w:color w:val="auto"/>
          <w:sz w:val="24"/>
          <w:szCs w:val="24"/>
        </w:rPr>
        <w:t xml:space="preserve">II </w:t>
      </w:r>
      <w:r>
        <w:rPr>
          <w:rFonts w:eastAsia="Arial Unicode MS" w:cstheme="majorHAnsi"/>
          <w:color w:val="auto"/>
          <w:sz w:val="24"/>
          <w:szCs w:val="24"/>
        </w:rPr>
        <w:t>–</w:t>
      </w:r>
      <w:r w:rsidRPr="00911410">
        <w:rPr>
          <w:rFonts w:eastAsia="Arial Unicode MS" w:cstheme="majorHAnsi"/>
          <w:color w:val="auto"/>
          <w:sz w:val="24"/>
          <w:szCs w:val="24"/>
        </w:rPr>
        <w:t xml:space="preserve">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Encaminhar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por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e-mail para o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analista</w:t>
      </w:r>
      <w:proofErr w:type="spellEnd"/>
      <w:r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responsável</w:t>
      </w:r>
      <w:proofErr w:type="spellEnd"/>
      <w:r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pelo</w:t>
      </w:r>
      <w:proofErr w:type="spellEnd"/>
      <w:r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projeto</w:t>
      </w:r>
      <w:proofErr w:type="spellEnd"/>
      <w:r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ou</w:t>
      </w:r>
      <w:proofErr w:type="spellEnd"/>
      <w:r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via Sistema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Conveniar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>:</w:t>
      </w:r>
    </w:p>
    <w:p w:rsidR="00BD7101" w:rsidRDefault="00BD7101" w:rsidP="00BD7101">
      <w:pPr>
        <w:pStyle w:val="Ttulo1"/>
        <w:numPr>
          <w:ilvl w:val="0"/>
          <w:numId w:val="12"/>
        </w:numPr>
        <w:jc w:val="both"/>
        <w:rPr>
          <w:rFonts w:eastAsia="Arial Unicode MS" w:cstheme="majorHAnsi"/>
          <w:b w:val="0"/>
          <w:color w:val="auto"/>
          <w:sz w:val="24"/>
          <w:szCs w:val="24"/>
        </w:rPr>
      </w:pP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Formulário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de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solicitação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para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emissão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de nota fiscal – Pessoa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Física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(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devidamente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preenchido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>) e;</w:t>
      </w:r>
    </w:p>
    <w:p w:rsidR="00255EB4" w:rsidRPr="00035B46" w:rsidRDefault="00BD7101" w:rsidP="005C69BC">
      <w:pPr>
        <w:pStyle w:val="PargrafodaLista"/>
        <w:numPr>
          <w:ilvl w:val="0"/>
          <w:numId w:val="12"/>
        </w:numPr>
        <w:rPr>
          <w:rFonts w:ascii="Arial Unicode MS" w:eastAsia="Arial Unicode MS" w:hAnsi="Arial Unicode MS" w:cs="Arial Unicode MS"/>
          <w:sz w:val="20"/>
          <w:szCs w:val="20"/>
        </w:rPr>
      </w:pPr>
      <w:proofErr w:type="spellStart"/>
      <w:r w:rsidRPr="00035B46">
        <w:rPr>
          <w:rFonts w:asciiTheme="majorHAnsi" w:eastAsia="Arial Unicode MS" w:hAnsiTheme="majorHAnsi" w:cstheme="majorHAnsi"/>
          <w:sz w:val="24"/>
          <w:szCs w:val="24"/>
        </w:rPr>
        <w:t>Comprovante</w:t>
      </w:r>
      <w:proofErr w:type="spellEnd"/>
      <w:r w:rsidRPr="00035B46">
        <w:rPr>
          <w:rFonts w:asciiTheme="majorHAnsi" w:eastAsia="Arial Unicode MS" w:hAnsiTheme="majorHAnsi" w:cstheme="majorHAnsi"/>
          <w:sz w:val="24"/>
          <w:szCs w:val="24"/>
        </w:rPr>
        <w:t xml:space="preserve"> de </w:t>
      </w:r>
      <w:proofErr w:type="spellStart"/>
      <w:r w:rsidRPr="00035B46">
        <w:rPr>
          <w:rFonts w:asciiTheme="majorHAnsi" w:eastAsia="Arial Unicode MS" w:hAnsiTheme="majorHAnsi" w:cstheme="majorHAnsi"/>
          <w:sz w:val="24"/>
          <w:szCs w:val="24"/>
        </w:rPr>
        <w:t>pagamento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11"/>
        <w:gridCol w:w="2940"/>
        <w:gridCol w:w="3089"/>
      </w:tblGrid>
      <w:tr w:rsidR="00255EB4" w:rsidRPr="005D7EA2" w:rsidTr="005C69BC"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</w:tcPr>
          <w:p w:rsidR="00255EB4" w:rsidRPr="005D7EA2" w:rsidRDefault="00255EB4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B71C23" w:rsidRPr="005D7EA2" w:rsidRDefault="00B71C2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255EB4" w:rsidRPr="005D7EA2" w:rsidRDefault="00255EB4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</w:tbl>
    <w:p w:rsidR="00114E0A" w:rsidRPr="004D28DA" w:rsidRDefault="00114E0A" w:rsidP="002E41B2">
      <w:pPr>
        <w:rPr>
          <w:rFonts w:ascii="Arial Unicode MS" w:eastAsia="Arial Unicode MS" w:hAnsi="Arial Unicode MS" w:cs="Arial Unicode MS"/>
          <w:sz w:val="20"/>
          <w:szCs w:val="20"/>
        </w:rPr>
      </w:pPr>
    </w:p>
    <w:sectPr w:rsidR="00114E0A" w:rsidRPr="004D28DA" w:rsidSect="00035B46">
      <w:headerReference w:type="default" r:id="rId8"/>
      <w:footerReference w:type="default" r:id="rId9"/>
      <w:headerReference w:type="first" r:id="rId10"/>
      <w:pgSz w:w="12240" w:h="15840"/>
      <w:pgMar w:top="1440" w:right="1800" w:bottom="1440" w:left="180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49C" w:rsidRDefault="00B1249C" w:rsidP="00255EB4">
      <w:pPr>
        <w:spacing w:after="0" w:line="240" w:lineRule="auto"/>
      </w:pPr>
      <w:r>
        <w:separator/>
      </w:r>
    </w:p>
  </w:endnote>
  <w:endnote w:type="continuationSeparator" w:id="0">
    <w:p w:rsidR="00B1249C" w:rsidRDefault="00B1249C" w:rsidP="0025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6374077"/>
      <w:docPartObj>
        <w:docPartGallery w:val="Page Numbers (Bottom of Page)"/>
        <w:docPartUnique/>
      </w:docPartObj>
    </w:sdtPr>
    <w:sdtEndPr>
      <w:rPr>
        <w:rFonts w:ascii="Arial Rounded MT Bold" w:hAnsi="Arial Rounded MT Bold"/>
        <w:sz w:val="18"/>
        <w:szCs w:val="18"/>
      </w:rPr>
    </w:sdtEndPr>
    <w:sdtContent>
      <w:p w:rsidR="00973B48" w:rsidRPr="005D7EA2" w:rsidRDefault="00973B48">
        <w:pPr>
          <w:pStyle w:val="Rodap"/>
          <w:jc w:val="right"/>
          <w:rPr>
            <w:rFonts w:ascii="Arial Rounded MT Bold" w:hAnsi="Arial Rounded MT Bold"/>
            <w:sz w:val="18"/>
            <w:szCs w:val="18"/>
          </w:rPr>
        </w:pPr>
        <w:r w:rsidRPr="005D7EA2">
          <w:rPr>
            <w:rFonts w:ascii="Arial Rounded MT Bold" w:hAnsi="Arial Rounded MT Bold"/>
            <w:sz w:val="18"/>
            <w:szCs w:val="18"/>
          </w:rPr>
          <w:fldChar w:fldCharType="begin"/>
        </w:r>
        <w:r w:rsidRPr="005D7EA2">
          <w:rPr>
            <w:rFonts w:ascii="Arial Rounded MT Bold" w:hAnsi="Arial Rounded MT Bold"/>
            <w:sz w:val="18"/>
            <w:szCs w:val="18"/>
          </w:rPr>
          <w:instrText>PAGE   \* MERGEFORMAT</w:instrText>
        </w:r>
        <w:r w:rsidRPr="005D7EA2">
          <w:rPr>
            <w:rFonts w:ascii="Arial Rounded MT Bold" w:hAnsi="Arial Rounded MT Bold"/>
            <w:sz w:val="18"/>
            <w:szCs w:val="18"/>
          </w:rPr>
          <w:fldChar w:fldCharType="separate"/>
        </w:r>
        <w:r w:rsidR="00035B46" w:rsidRPr="00035B46">
          <w:rPr>
            <w:rFonts w:ascii="Arial Rounded MT Bold" w:hAnsi="Arial Rounded MT Bold"/>
            <w:noProof/>
            <w:sz w:val="18"/>
            <w:szCs w:val="18"/>
            <w:lang w:val="pt-BR"/>
          </w:rPr>
          <w:t>2</w:t>
        </w:r>
        <w:r w:rsidRPr="005D7EA2">
          <w:rPr>
            <w:rFonts w:ascii="Arial Rounded MT Bold" w:hAnsi="Arial Rounded MT Bold"/>
            <w:sz w:val="18"/>
            <w:szCs w:val="18"/>
          </w:rPr>
          <w:fldChar w:fldCharType="end"/>
        </w:r>
      </w:p>
    </w:sdtContent>
  </w:sdt>
  <w:p w:rsidR="00973B48" w:rsidRDefault="00973B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49C" w:rsidRDefault="00B1249C" w:rsidP="00255EB4">
      <w:pPr>
        <w:spacing w:after="0" w:line="240" w:lineRule="auto"/>
      </w:pPr>
      <w:r>
        <w:separator/>
      </w:r>
    </w:p>
  </w:footnote>
  <w:footnote w:type="continuationSeparator" w:id="0">
    <w:p w:rsidR="00B1249C" w:rsidRDefault="00B1249C" w:rsidP="0025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B46" w:rsidRDefault="00035B46" w:rsidP="00035B46">
    <w:pPr>
      <w:pStyle w:val="Cabealho"/>
      <w:ind w:left="-524" w:hanging="1276"/>
    </w:pPr>
    <w:r>
      <w:rPr>
        <w:noProof/>
        <w:lang w:val="pt-BR" w:eastAsia="pt-BR"/>
      </w:rPr>
      <w:drawing>
        <wp:inline distT="0" distB="0" distL="0" distR="0" wp14:anchorId="723337C9" wp14:editId="22345103">
          <wp:extent cx="7772400" cy="2130213"/>
          <wp:effectExtent l="0" t="0" r="0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9308" cy="2148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B46" w:rsidRDefault="00035B46" w:rsidP="00035B46">
    <w:pPr>
      <w:pStyle w:val="Cabealho"/>
      <w:ind w:hanging="1800"/>
    </w:pPr>
    <w:r>
      <w:rPr>
        <w:noProof/>
        <w:lang w:val="pt-BR" w:eastAsia="pt-BR"/>
      </w:rPr>
      <w:drawing>
        <wp:inline distT="0" distB="0" distL="0" distR="0" wp14:anchorId="463A5D42" wp14:editId="6BD536BB">
          <wp:extent cx="7784755" cy="2133600"/>
          <wp:effectExtent l="0" t="0" r="698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3288" cy="2138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0D326E"/>
    <w:multiLevelType w:val="hybridMultilevel"/>
    <w:tmpl w:val="3EB2C7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163DB"/>
    <w:multiLevelType w:val="hybridMultilevel"/>
    <w:tmpl w:val="253CD030"/>
    <w:lvl w:ilvl="0" w:tplc="2AB486A6">
      <w:start w:val="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0668E"/>
    <w:multiLevelType w:val="hybridMultilevel"/>
    <w:tmpl w:val="3E4E8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35B46"/>
    <w:rsid w:val="00043636"/>
    <w:rsid w:val="00055DAE"/>
    <w:rsid w:val="0006063C"/>
    <w:rsid w:val="000D0AC9"/>
    <w:rsid w:val="000D5025"/>
    <w:rsid w:val="0010460A"/>
    <w:rsid w:val="001103DD"/>
    <w:rsid w:val="00114E0A"/>
    <w:rsid w:val="001270E1"/>
    <w:rsid w:val="00140FBC"/>
    <w:rsid w:val="0015074B"/>
    <w:rsid w:val="00190F25"/>
    <w:rsid w:val="001A7612"/>
    <w:rsid w:val="002441EF"/>
    <w:rsid w:val="00255EB4"/>
    <w:rsid w:val="0029639D"/>
    <w:rsid w:val="002A756F"/>
    <w:rsid w:val="002E41B2"/>
    <w:rsid w:val="00326F90"/>
    <w:rsid w:val="003E5A01"/>
    <w:rsid w:val="00457F6B"/>
    <w:rsid w:val="004709B4"/>
    <w:rsid w:val="00475648"/>
    <w:rsid w:val="00491886"/>
    <w:rsid w:val="004D28DA"/>
    <w:rsid w:val="00505A0D"/>
    <w:rsid w:val="005C69BC"/>
    <w:rsid w:val="005D7EA2"/>
    <w:rsid w:val="00683554"/>
    <w:rsid w:val="006B5CB9"/>
    <w:rsid w:val="006F08F8"/>
    <w:rsid w:val="007E6626"/>
    <w:rsid w:val="00832D19"/>
    <w:rsid w:val="00842948"/>
    <w:rsid w:val="00860AC7"/>
    <w:rsid w:val="008C497C"/>
    <w:rsid w:val="008F2F11"/>
    <w:rsid w:val="008F6A0E"/>
    <w:rsid w:val="00933A77"/>
    <w:rsid w:val="00973B48"/>
    <w:rsid w:val="009D72F9"/>
    <w:rsid w:val="00A06D2C"/>
    <w:rsid w:val="00A9469C"/>
    <w:rsid w:val="00AA1D8D"/>
    <w:rsid w:val="00B1249C"/>
    <w:rsid w:val="00B47730"/>
    <w:rsid w:val="00B50979"/>
    <w:rsid w:val="00B71C23"/>
    <w:rsid w:val="00BA5934"/>
    <w:rsid w:val="00BD7101"/>
    <w:rsid w:val="00C24237"/>
    <w:rsid w:val="00CB0664"/>
    <w:rsid w:val="00D90A74"/>
    <w:rsid w:val="00E02926"/>
    <w:rsid w:val="00E56F9F"/>
    <w:rsid w:val="00F42E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AD06BDE9-973D-4C16-9BF5-09022779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C5FC25-F01D-4DDA-B03D-87845BC1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Elizabeth Costa Rezende</cp:lastModifiedBy>
  <cp:revision>2</cp:revision>
  <dcterms:created xsi:type="dcterms:W3CDTF">2026-08-21T16:41:00Z</dcterms:created>
  <dcterms:modified xsi:type="dcterms:W3CDTF">2026-08-21T16:41:00Z</dcterms:modified>
  <cp:category/>
</cp:coreProperties>
</file>